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95A" w:rsidRPr="006771C7" w:rsidRDefault="00CC595A" w:rsidP="00CC595A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6771C7">
        <w:rPr>
          <w:rFonts w:eastAsia="Times New Roman" w:cs="Times New Roman"/>
          <w:sz w:val="28"/>
          <w:szCs w:val="28"/>
          <w:lang w:val="uk-UA" w:eastAsia="ru-RU"/>
        </w:rPr>
        <w:t xml:space="preserve">ОПОРНИЙ ЗАКЛАД ЗАГАЛЬНОЇ СЕРЕДНЬОЇ ОСВІТИ </w:t>
      </w:r>
    </w:p>
    <w:p w:rsidR="00CC595A" w:rsidRPr="006771C7" w:rsidRDefault="00CC595A" w:rsidP="00CC595A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6771C7">
        <w:rPr>
          <w:rFonts w:eastAsia="Times New Roman" w:cs="Times New Roman"/>
          <w:sz w:val="28"/>
          <w:szCs w:val="28"/>
          <w:lang w:val="uk-UA" w:eastAsia="ru-RU"/>
        </w:rPr>
        <w:t>«ВЕЛИКОСОРОЧИНСЬКИЙ ЛІЦЕЙ ІМ. М. В. ГОГОЛЯ</w:t>
      </w:r>
    </w:p>
    <w:p w:rsidR="00CC595A" w:rsidRPr="006771C7" w:rsidRDefault="00CC595A" w:rsidP="00CC595A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6771C7">
        <w:rPr>
          <w:rFonts w:eastAsia="Times New Roman" w:cs="Times New Roman"/>
          <w:sz w:val="28"/>
          <w:szCs w:val="28"/>
          <w:lang w:val="uk-UA" w:eastAsia="ru-RU"/>
        </w:rPr>
        <w:t xml:space="preserve">ВЕЛИКОСОРОЧИНСЬКОЇ СІЛЬСЬКОЇ РАДИ </w:t>
      </w:r>
    </w:p>
    <w:p w:rsidR="00CC595A" w:rsidRPr="006771C7" w:rsidRDefault="00CC595A" w:rsidP="00CC595A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6771C7">
        <w:rPr>
          <w:rFonts w:eastAsia="Times New Roman" w:cs="Times New Roman"/>
          <w:sz w:val="28"/>
          <w:szCs w:val="28"/>
          <w:lang w:val="uk-UA" w:eastAsia="ru-RU"/>
        </w:rPr>
        <w:t>МИРГОРОДСЬКОГО РАЙОНУ ПОЛТАВСЬКОЇ ОБЛАСТІ»</w:t>
      </w:r>
    </w:p>
    <w:p w:rsidR="00CC595A" w:rsidRPr="006771C7" w:rsidRDefault="00CC595A" w:rsidP="00CC595A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</w:p>
    <w:p w:rsidR="00CC595A" w:rsidRPr="006771C7" w:rsidRDefault="00CC595A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244840" w:rsidRPr="006771C7" w:rsidRDefault="00E4138D">
      <w:pPr>
        <w:jc w:val="center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b/>
          <w:sz w:val="28"/>
          <w:szCs w:val="28"/>
          <w:lang w:val="uk-UA"/>
        </w:rPr>
        <w:t>ЗВІТ</w:t>
      </w:r>
      <w:r w:rsidRPr="006771C7">
        <w:rPr>
          <w:rFonts w:cs="Times New Roman"/>
          <w:b/>
          <w:sz w:val="28"/>
          <w:szCs w:val="28"/>
          <w:lang w:val="uk-UA"/>
        </w:rPr>
        <w:br/>
        <w:t xml:space="preserve">про виконання заходу </w:t>
      </w:r>
      <w:r w:rsidR="006771C7" w:rsidRPr="006771C7">
        <w:rPr>
          <w:rFonts w:cs="Times New Roman"/>
          <w:b/>
          <w:sz w:val="28"/>
          <w:szCs w:val="28"/>
          <w:lang w:val="uk-UA"/>
        </w:rPr>
        <w:t>згідно форми №</w:t>
      </w:r>
      <w:r w:rsidRPr="006771C7">
        <w:rPr>
          <w:rFonts w:cs="Times New Roman"/>
          <w:b/>
          <w:sz w:val="28"/>
          <w:szCs w:val="28"/>
          <w:lang w:val="uk-UA"/>
        </w:rPr>
        <w:t>8.20.н)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244840" w:rsidRPr="006771C7" w:rsidTr="002123A3">
        <w:trPr>
          <w:jc w:val="center"/>
        </w:trPr>
        <w:tc>
          <w:tcPr>
            <w:tcW w:w="4844" w:type="dxa"/>
            <w:shd w:val="clear" w:color="auto" w:fill="auto"/>
          </w:tcPr>
          <w:p w:rsidR="00244840" w:rsidRPr="006771C7" w:rsidRDefault="00E4138D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6771C7">
              <w:rPr>
                <w:rFonts w:cs="Times New Roman"/>
                <w:sz w:val="28"/>
                <w:szCs w:val="28"/>
                <w:lang w:val="uk-UA"/>
              </w:rPr>
              <w:t>Захід Плану</w:t>
            </w:r>
          </w:p>
        </w:tc>
        <w:tc>
          <w:tcPr>
            <w:tcW w:w="4844" w:type="dxa"/>
          </w:tcPr>
          <w:p w:rsidR="00244840" w:rsidRPr="006771C7" w:rsidRDefault="00E4138D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6771C7">
              <w:rPr>
                <w:rFonts w:cs="Times New Roman"/>
                <w:sz w:val="28"/>
                <w:szCs w:val="28"/>
                <w:lang w:val="uk-UA"/>
              </w:rPr>
              <w:t xml:space="preserve">8.20.н) облаштування у закладах освіти всіх рівнів споруд цивільного захисту з метою забезпечення їх доступності для осіб з інвалідністю та інших </w:t>
            </w:r>
            <w:proofErr w:type="spellStart"/>
            <w:r w:rsidRPr="006771C7">
              <w:rPr>
                <w:rFonts w:cs="Times New Roman"/>
                <w:sz w:val="28"/>
                <w:szCs w:val="28"/>
                <w:lang w:val="uk-UA"/>
              </w:rPr>
              <w:t>маломобільних</w:t>
            </w:r>
            <w:proofErr w:type="spellEnd"/>
            <w:r w:rsidRPr="006771C7">
              <w:rPr>
                <w:rFonts w:cs="Times New Roman"/>
                <w:sz w:val="28"/>
                <w:szCs w:val="28"/>
                <w:lang w:val="uk-UA"/>
              </w:rPr>
              <w:t xml:space="preserve"> груп населення в умовах воєнного чи надзвичайного стану</w:t>
            </w:r>
          </w:p>
        </w:tc>
      </w:tr>
      <w:tr w:rsidR="00244840" w:rsidRPr="006771C7" w:rsidTr="002123A3">
        <w:trPr>
          <w:jc w:val="center"/>
        </w:trPr>
        <w:tc>
          <w:tcPr>
            <w:tcW w:w="4844" w:type="dxa"/>
            <w:shd w:val="clear" w:color="auto" w:fill="auto"/>
          </w:tcPr>
          <w:p w:rsidR="00244840" w:rsidRPr="006771C7" w:rsidRDefault="00E4138D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6771C7">
              <w:rPr>
                <w:rFonts w:cs="Times New Roman"/>
                <w:sz w:val="28"/>
                <w:szCs w:val="28"/>
                <w:lang w:val="uk-UA"/>
              </w:rPr>
              <w:t>Статус</w:t>
            </w:r>
          </w:p>
        </w:tc>
        <w:tc>
          <w:tcPr>
            <w:tcW w:w="4844" w:type="dxa"/>
          </w:tcPr>
          <w:p w:rsidR="00244840" w:rsidRPr="006771C7" w:rsidRDefault="00E4138D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6771C7">
              <w:rPr>
                <w:rFonts w:cs="Times New Roman"/>
                <w:sz w:val="28"/>
                <w:szCs w:val="28"/>
                <w:lang w:val="uk-UA"/>
              </w:rPr>
              <w:t>Виконується</w:t>
            </w:r>
          </w:p>
        </w:tc>
      </w:tr>
      <w:tr w:rsidR="00244840" w:rsidRPr="006771C7" w:rsidTr="002123A3">
        <w:trPr>
          <w:jc w:val="center"/>
        </w:trPr>
        <w:tc>
          <w:tcPr>
            <w:tcW w:w="4844" w:type="dxa"/>
            <w:shd w:val="clear" w:color="auto" w:fill="auto"/>
          </w:tcPr>
          <w:p w:rsidR="00244840" w:rsidRPr="006771C7" w:rsidRDefault="00E4138D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6771C7">
              <w:rPr>
                <w:rFonts w:cs="Times New Roman"/>
                <w:sz w:val="28"/>
                <w:szCs w:val="28"/>
                <w:lang w:val="uk-UA"/>
              </w:rPr>
              <w:t>Періодичність звітування</w:t>
            </w:r>
          </w:p>
        </w:tc>
        <w:tc>
          <w:tcPr>
            <w:tcW w:w="4844" w:type="dxa"/>
          </w:tcPr>
          <w:p w:rsidR="00244840" w:rsidRPr="006771C7" w:rsidRDefault="00E4138D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6771C7">
              <w:rPr>
                <w:rFonts w:cs="Times New Roman"/>
                <w:sz w:val="28"/>
                <w:szCs w:val="28"/>
                <w:lang w:val="uk-UA"/>
              </w:rPr>
              <w:t>щокварталу</w:t>
            </w:r>
          </w:p>
        </w:tc>
      </w:tr>
      <w:tr w:rsidR="00244840" w:rsidRPr="006771C7" w:rsidTr="002123A3">
        <w:trPr>
          <w:jc w:val="center"/>
        </w:trPr>
        <w:tc>
          <w:tcPr>
            <w:tcW w:w="4844" w:type="dxa"/>
            <w:shd w:val="clear" w:color="auto" w:fill="auto"/>
          </w:tcPr>
          <w:p w:rsidR="00244840" w:rsidRPr="006771C7" w:rsidRDefault="00E4138D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6771C7">
              <w:rPr>
                <w:rFonts w:cs="Times New Roman"/>
                <w:sz w:val="28"/>
                <w:szCs w:val="28"/>
                <w:lang w:val="uk-UA"/>
              </w:rPr>
              <w:t>Очікуваний продукт (індикатор виконання)</w:t>
            </w:r>
          </w:p>
        </w:tc>
        <w:tc>
          <w:tcPr>
            <w:tcW w:w="4844" w:type="dxa"/>
          </w:tcPr>
          <w:p w:rsidR="00244840" w:rsidRPr="006771C7" w:rsidRDefault="00E4138D" w:rsidP="002123A3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6771C7">
              <w:rPr>
                <w:rFonts w:cs="Times New Roman"/>
                <w:sz w:val="28"/>
                <w:szCs w:val="28"/>
                <w:lang w:val="uk-UA"/>
              </w:rPr>
              <w:t>забезпечено опублікування звіту щодо облаштування у закладах освіти всіх рівн</w:t>
            </w:r>
            <w:r w:rsidR="002123A3" w:rsidRPr="006771C7">
              <w:rPr>
                <w:rFonts w:cs="Times New Roman"/>
                <w:sz w:val="28"/>
                <w:szCs w:val="28"/>
                <w:lang w:val="uk-UA"/>
              </w:rPr>
              <w:t>ів споруд цивільного захисту</w:t>
            </w:r>
          </w:p>
        </w:tc>
      </w:tr>
    </w:tbl>
    <w:p w:rsidR="00244840" w:rsidRPr="006771C7" w:rsidRDefault="00E4138D" w:rsidP="00FB5C99">
      <w:pPr>
        <w:pStyle w:val="21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771C7">
        <w:rPr>
          <w:rFonts w:ascii="Times New Roman" w:hAnsi="Times New Roman" w:cs="Times New Roman"/>
          <w:color w:val="auto"/>
          <w:sz w:val="28"/>
          <w:szCs w:val="28"/>
          <w:lang w:val="uk-UA"/>
        </w:rPr>
        <w:t>1. Стислий опис виконаного заходу</w:t>
      </w:r>
    </w:p>
    <w:p w:rsidR="00244840" w:rsidRPr="006771C7" w:rsidRDefault="00E4138D" w:rsidP="002123A3">
      <w:pPr>
        <w:spacing w:after="0" w:line="240" w:lineRule="auto"/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 xml:space="preserve">У закладі проведено огляд доступності споруди цивільного захисту (укриття) для осіб з інвалідністю та інших </w:t>
      </w:r>
      <w:proofErr w:type="spellStart"/>
      <w:r w:rsidRPr="006771C7">
        <w:rPr>
          <w:rFonts w:cs="Times New Roman"/>
          <w:sz w:val="28"/>
          <w:szCs w:val="28"/>
          <w:lang w:val="uk-UA"/>
        </w:rPr>
        <w:t>маломобільних</w:t>
      </w:r>
      <w:proofErr w:type="spellEnd"/>
      <w:r w:rsidRPr="006771C7">
        <w:rPr>
          <w:rFonts w:cs="Times New Roman"/>
          <w:sz w:val="28"/>
          <w:szCs w:val="28"/>
          <w:lang w:val="uk-UA"/>
        </w:rPr>
        <w:t xml:space="preserve"> груп населення. За результатами огляду зафіксовано фактичний стан доступності входу до укриття та наявні засоби </w:t>
      </w:r>
      <w:proofErr w:type="spellStart"/>
      <w:r w:rsidRPr="006771C7">
        <w:rPr>
          <w:rFonts w:cs="Times New Roman"/>
          <w:sz w:val="28"/>
          <w:szCs w:val="28"/>
          <w:lang w:val="uk-UA"/>
        </w:rPr>
        <w:t>безбар’єрності</w:t>
      </w:r>
      <w:proofErr w:type="spellEnd"/>
      <w:r w:rsidRPr="006771C7">
        <w:rPr>
          <w:rFonts w:cs="Times New Roman"/>
          <w:sz w:val="28"/>
          <w:szCs w:val="28"/>
          <w:lang w:val="uk-UA"/>
        </w:rPr>
        <w:t>.</w:t>
      </w:r>
    </w:p>
    <w:p w:rsidR="002123A3" w:rsidRPr="006771C7" w:rsidRDefault="002123A3" w:rsidP="002123A3">
      <w:pPr>
        <w:spacing w:after="0" w:line="240" w:lineRule="auto"/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</w:p>
    <w:p w:rsidR="00244840" w:rsidRPr="006771C7" w:rsidRDefault="00E4138D" w:rsidP="00FB5C99">
      <w:pPr>
        <w:pStyle w:val="2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771C7">
        <w:rPr>
          <w:rFonts w:ascii="Times New Roman" w:hAnsi="Times New Roman" w:cs="Times New Roman"/>
          <w:color w:val="auto"/>
          <w:sz w:val="28"/>
          <w:szCs w:val="28"/>
          <w:lang w:val="uk-UA"/>
        </w:rPr>
        <w:t>2. Результати оцінки фактичного стану</w:t>
      </w:r>
    </w:p>
    <w:p w:rsidR="00244840" w:rsidRPr="006771C7" w:rsidRDefault="00E4138D" w:rsidP="002123A3">
      <w:pPr>
        <w:pStyle w:val="a0"/>
        <w:numPr>
          <w:ilvl w:val="0"/>
          <w:numId w:val="0"/>
        </w:numPr>
        <w:ind w:firstLine="709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>Пандус безпосередньо до входу в укриття відсутній.</w:t>
      </w:r>
    </w:p>
    <w:p w:rsidR="00244840" w:rsidRPr="006771C7" w:rsidRDefault="00E4138D" w:rsidP="002123A3">
      <w:pPr>
        <w:pStyle w:val="a0"/>
        <w:numPr>
          <w:ilvl w:val="0"/>
          <w:numId w:val="0"/>
        </w:numPr>
        <w:ind w:firstLine="709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>На першому поверсі будівлі наявний пандус.</w:t>
      </w:r>
    </w:p>
    <w:p w:rsidR="00244840" w:rsidRPr="006771C7" w:rsidRDefault="00E4138D" w:rsidP="002123A3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>На першому поверсі наявне санітарне приміщення для осіб з інвалідністю.</w:t>
      </w:r>
    </w:p>
    <w:p w:rsidR="002123A3" w:rsidRPr="006771C7" w:rsidRDefault="002123A3" w:rsidP="002123A3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244840" w:rsidRPr="006771C7" w:rsidRDefault="00E4138D" w:rsidP="00FB5C99">
      <w:pPr>
        <w:pStyle w:val="2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771C7">
        <w:rPr>
          <w:rFonts w:ascii="Times New Roman" w:hAnsi="Times New Roman" w:cs="Times New Roman"/>
          <w:color w:val="auto"/>
          <w:sz w:val="28"/>
          <w:szCs w:val="28"/>
          <w:lang w:val="uk-UA"/>
        </w:rPr>
        <w:t>3. Виявлені потреби та подальші дії</w:t>
      </w:r>
    </w:p>
    <w:p w:rsidR="002123A3" w:rsidRPr="006771C7" w:rsidRDefault="00E4138D" w:rsidP="002123A3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>Опрацювати технічну можливість облаштування доступного маршруту до укриття.</w:t>
      </w:r>
    </w:p>
    <w:p w:rsidR="002123A3" w:rsidRPr="006771C7" w:rsidRDefault="00E4138D" w:rsidP="002123A3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>За наявності технічної та фінансової можливості передбачити заходи з покращення доступності укриття.</w:t>
      </w:r>
    </w:p>
    <w:p w:rsidR="002123A3" w:rsidRPr="006771C7" w:rsidRDefault="00E4138D" w:rsidP="002123A3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 xml:space="preserve">До виконання робіт забезпечувати організаційні заходи щодо безпечного переміщення </w:t>
      </w:r>
      <w:proofErr w:type="spellStart"/>
      <w:r w:rsidRPr="006771C7">
        <w:rPr>
          <w:rFonts w:cs="Times New Roman"/>
          <w:sz w:val="28"/>
          <w:szCs w:val="28"/>
          <w:lang w:val="uk-UA"/>
        </w:rPr>
        <w:t>маломобільних</w:t>
      </w:r>
      <w:proofErr w:type="spellEnd"/>
      <w:r w:rsidRPr="006771C7">
        <w:rPr>
          <w:rFonts w:cs="Times New Roman"/>
          <w:sz w:val="28"/>
          <w:szCs w:val="28"/>
          <w:lang w:val="uk-UA"/>
        </w:rPr>
        <w:t xml:space="preserve"> осіб відповідно до фактичних умов закладу.</w:t>
      </w:r>
    </w:p>
    <w:p w:rsidR="002123A3" w:rsidRPr="006771C7" w:rsidRDefault="002123A3" w:rsidP="00BF64D0">
      <w:pPr>
        <w:spacing w:after="0" w:line="240" w:lineRule="auto"/>
        <w:contextualSpacing/>
        <w:rPr>
          <w:rFonts w:cs="Times New Roman"/>
          <w:b/>
          <w:sz w:val="28"/>
          <w:szCs w:val="28"/>
          <w:lang w:val="uk-UA"/>
        </w:rPr>
      </w:pPr>
    </w:p>
    <w:p w:rsidR="00244840" w:rsidRPr="006771C7" w:rsidRDefault="00E4138D" w:rsidP="002123A3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uk-UA"/>
        </w:rPr>
      </w:pPr>
      <w:r w:rsidRPr="006771C7">
        <w:rPr>
          <w:rFonts w:cs="Times New Roman"/>
          <w:b/>
          <w:sz w:val="28"/>
          <w:szCs w:val="28"/>
          <w:lang w:val="uk-UA"/>
        </w:rPr>
        <w:lastRenderedPageBreak/>
        <w:t>Загальний вигляд вх</w:t>
      </w:r>
      <w:r w:rsidR="002123A3" w:rsidRPr="006771C7">
        <w:rPr>
          <w:rFonts w:cs="Times New Roman"/>
          <w:b/>
          <w:sz w:val="28"/>
          <w:szCs w:val="28"/>
          <w:lang w:val="uk-UA"/>
        </w:rPr>
        <w:t>оду до укриття ззовні</w:t>
      </w:r>
    </w:p>
    <w:p w:rsidR="00E4138D" w:rsidRPr="006771C7" w:rsidRDefault="00E4138D" w:rsidP="002123A3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uk-UA"/>
        </w:rPr>
      </w:pPr>
    </w:p>
    <w:p w:rsidR="00244840" w:rsidRPr="006771C7" w:rsidRDefault="002123A3">
      <w:pPr>
        <w:jc w:val="center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32EF020F" wp14:editId="162EBA31">
            <wp:extent cx="2857500" cy="3615290"/>
            <wp:effectExtent l="0" t="0" r="0" b="4445"/>
            <wp:docPr id="7" name="Рисунок 7" descr="C:\Users\пк\Desktop\Фото безбарєрність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о безбарєрність\unnam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306" cy="361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840" w:rsidRPr="006771C7" w:rsidRDefault="00E4138D" w:rsidP="00E4138D">
      <w:pPr>
        <w:jc w:val="center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19A99AE2" wp14:editId="1AA7829B">
            <wp:extent cx="2821781" cy="3762375"/>
            <wp:effectExtent l="0" t="0" r="0" b="0"/>
            <wp:docPr id="8" name="Рисунок 8" descr="C:\Users\пк\Desktop\Фото безбарєрність\IMG_37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Фото безбарєрність\IMG_376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82" cy="3763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840" w:rsidRPr="006771C7" w:rsidRDefault="00244840">
      <w:pPr>
        <w:rPr>
          <w:rFonts w:cs="Times New Roman"/>
          <w:sz w:val="28"/>
          <w:szCs w:val="28"/>
          <w:lang w:val="uk-UA"/>
        </w:rPr>
      </w:pPr>
    </w:p>
    <w:p w:rsidR="00244840" w:rsidRPr="006771C7" w:rsidRDefault="00E4138D" w:rsidP="008F199A">
      <w:pPr>
        <w:jc w:val="center"/>
        <w:rPr>
          <w:rFonts w:cs="Times New Roman"/>
          <w:b/>
          <w:sz w:val="28"/>
          <w:szCs w:val="28"/>
          <w:lang w:val="uk-UA"/>
        </w:rPr>
      </w:pPr>
      <w:r w:rsidRPr="006771C7">
        <w:rPr>
          <w:rFonts w:cs="Times New Roman"/>
          <w:b/>
          <w:sz w:val="28"/>
          <w:szCs w:val="28"/>
          <w:lang w:val="uk-UA"/>
        </w:rPr>
        <w:lastRenderedPageBreak/>
        <w:t>Вхід до укриття крупним планом із порогом</w:t>
      </w:r>
      <w:r w:rsidR="008F199A" w:rsidRPr="006771C7">
        <w:rPr>
          <w:rFonts w:cs="Times New Roman"/>
          <w:b/>
          <w:sz w:val="28"/>
          <w:szCs w:val="28"/>
          <w:lang w:val="uk-UA"/>
        </w:rPr>
        <w:t>, сходами, перепадами висоти</w:t>
      </w:r>
    </w:p>
    <w:p w:rsidR="00244840" w:rsidRPr="006771C7" w:rsidRDefault="00E4138D" w:rsidP="008F199A">
      <w:pPr>
        <w:jc w:val="center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274A381F" wp14:editId="6557BF7F">
            <wp:extent cx="2781300" cy="3708399"/>
            <wp:effectExtent l="0" t="0" r="0" b="6985"/>
            <wp:docPr id="9" name="Рисунок 9" descr="C:\Users\пк\Desktop\Фото безбарєрність\IMG_37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Фото безбарєрність\IMG_376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26" cy="371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840" w:rsidRPr="006771C7" w:rsidRDefault="00E4138D" w:rsidP="008F199A">
      <w:pPr>
        <w:jc w:val="center"/>
        <w:rPr>
          <w:rFonts w:cs="Times New Roman"/>
          <w:b/>
          <w:sz w:val="28"/>
          <w:szCs w:val="28"/>
          <w:lang w:val="uk-UA"/>
        </w:rPr>
      </w:pPr>
      <w:proofErr w:type="spellStart"/>
      <w:r w:rsidRPr="006771C7">
        <w:rPr>
          <w:rFonts w:cs="Times New Roman"/>
          <w:b/>
          <w:sz w:val="28"/>
          <w:szCs w:val="28"/>
          <w:lang w:val="uk-UA"/>
        </w:rPr>
        <w:t>Ф</w:t>
      </w:r>
      <w:r w:rsidR="006771C7">
        <w:rPr>
          <w:rFonts w:cs="Times New Roman"/>
          <w:b/>
          <w:sz w:val="28"/>
          <w:szCs w:val="28"/>
          <w:lang w:val="uk-UA"/>
        </w:rPr>
        <w:t>отофіксація</w:t>
      </w:r>
      <w:proofErr w:type="spellEnd"/>
      <w:r w:rsidR="006771C7">
        <w:rPr>
          <w:rFonts w:cs="Times New Roman"/>
          <w:b/>
          <w:sz w:val="28"/>
          <w:szCs w:val="28"/>
          <w:lang w:val="uk-UA"/>
        </w:rPr>
        <w:t xml:space="preserve"> відсутності пандуса</w:t>
      </w:r>
      <w:r w:rsidRPr="006771C7">
        <w:rPr>
          <w:rFonts w:cs="Times New Roman"/>
          <w:b/>
          <w:sz w:val="28"/>
          <w:szCs w:val="28"/>
          <w:lang w:val="uk-UA"/>
        </w:rPr>
        <w:t xml:space="preserve"> біля</w:t>
      </w:r>
      <w:r w:rsidR="008F199A" w:rsidRPr="006771C7">
        <w:rPr>
          <w:rFonts w:cs="Times New Roman"/>
          <w:b/>
          <w:sz w:val="28"/>
          <w:szCs w:val="28"/>
          <w:lang w:val="uk-UA"/>
        </w:rPr>
        <w:t xml:space="preserve"> входу в укриття</w:t>
      </w:r>
    </w:p>
    <w:p w:rsidR="00244840" w:rsidRPr="006771C7" w:rsidRDefault="00E4138D" w:rsidP="00E4138D">
      <w:pPr>
        <w:jc w:val="center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725A5ADA" wp14:editId="0F5C56BB">
            <wp:extent cx="2974459" cy="3965945"/>
            <wp:effectExtent l="0" t="0" r="0" b="0"/>
            <wp:docPr id="10" name="Рисунок 10" descr="C:\Users\пк\Desktop\Фото безбарєрність\IMG_37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Фото безбарєрність\IMG_3786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210" cy="397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840" w:rsidRPr="006771C7" w:rsidRDefault="00E4138D" w:rsidP="00E4138D">
      <w:pPr>
        <w:jc w:val="center"/>
        <w:rPr>
          <w:rFonts w:cs="Times New Roman"/>
          <w:b/>
          <w:sz w:val="28"/>
          <w:szCs w:val="28"/>
          <w:lang w:val="uk-UA"/>
        </w:rPr>
      </w:pPr>
      <w:r w:rsidRPr="006771C7">
        <w:rPr>
          <w:rFonts w:cs="Times New Roman"/>
          <w:b/>
          <w:sz w:val="28"/>
          <w:szCs w:val="28"/>
          <w:lang w:val="uk-UA"/>
        </w:rPr>
        <w:lastRenderedPageBreak/>
        <w:t>Наявний па</w:t>
      </w:r>
      <w:r w:rsidR="008F199A" w:rsidRPr="006771C7">
        <w:rPr>
          <w:rFonts w:cs="Times New Roman"/>
          <w:b/>
          <w:sz w:val="28"/>
          <w:szCs w:val="28"/>
          <w:lang w:val="uk-UA"/>
        </w:rPr>
        <w:t>ндус на першому поверсі будівлі</w:t>
      </w:r>
    </w:p>
    <w:p w:rsidR="00244840" w:rsidRPr="006771C7" w:rsidRDefault="00E4138D" w:rsidP="006771C7">
      <w:pPr>
        <w:jc w:val="center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6669F391" wp14:editId="09B1F658">
            <wp:extent cx="3021806" cy="4029075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79(1)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5578" cy="403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840" w:rsidRPr="006771C7" w:rsidRDefault="00E4138D" w:rsidP="00E4138D">
      <w:pPr>
        <w:jc w:val="center"/>
        <w:rPr>
          <w:rFonts w:cs="Times New Roman"/>
          <w:b/>
          <w:sz w:val="28"/>
          <w:szCs w:val="28"/>
          <w:lang w:val="uk-UA"/>
        </w:rPr>
      </w:pPr>
      <w:r w:rsidRPr="006771C7">
        <w:rPr>
          <w:rFonts w:cs="Times New Roman"/>
          <w:b/>
          <w:sz w:val="28"/>
          <w:szCs w:val="28"/>
          <w:lang w:val="uk-UA"/>
        </w:rPr>
        <w:t>Санітарне приміщення для осіб з інвалідністю на першому поверсі.</w:t>
      </w:r>
    </w:p>
    <w:p w:rsidR="00244840" w:rsidRPr="006771C7" w:rsidRDefault="00E4138D">
      <w:pPr>
        <w:jc w:val="center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4609B054" wp14:editId="7CBE599C">
            <wp:extent cx="4095750" cy="274115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(1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7274" cy="274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840" w:rsidRPr="006771C7" w:rsidRDefault="00244840">
      <w:pPr>
        <w:rPr>
          <w:rFonts w:cs="Times New Roman"/>
          <w:sz w:val="28"/>
          <w:szCs w:val="28"/>
          <w:lang w:val="uk-UA"/>
        </w:rPr>
      </w:pPr>
    </w:p>
    <w:p w:rsidR="00244840" w:rsidRPr="006771C7" w:rsidRDefault="00E4138D" w:rsidP="002123A3">
      <w:pPr>
        <w:pStyle w:val="21"/>
        <w:ind w:firstLine="709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771C7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>Висновок</w:t>
      </w:r>
    </w:p>
    <w:p w:rsidR="00244840" w:rsidRPr="006771C7" w:rsidRDefault="00E4138D" w:rsidP="002123A3">
      <w:pPr>
        <w:ind w:firstLine="709"/>
        <w:jc w:val="both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sz w:val="28"/>
          <w:szCs w:val="28"/>
          <w:lang w:val="uk-UA"/>
        </w:rPr>
        <w:t>Захід перебуває у статусі «Виконується». Відсутність пандуса до укриття зазначається у звіті як фактичний стан, без подання його як виконаного заходу.</w:t>
      </w:r>
    </w:p>
    <w:p w:rsidR="006771C7" w:rsidRDefault="006771C7">
      <w:pPr>
        <w:rPr>
          <w:rFonts w:cs="Times New Roman"/>
          <w:b/>
          <w:sz w:val="28"/>
          <w:szCs w:val="28"/>
          <w:lang w:val="uk-UA"/>
        </w:rPr>
      </w:pPr>
    </w:p>
    <w:p w:rsidR="006771C7" w:rsidRDefault="006771C7">
      <w:pPr>
        <w:rPr>
          <w:rFonts w:cs="Times New Roman"/>
          <w:b/>
          <w:sz w:val="28"/>
          <w:szCs w:val="28"/>
          <w:lang w:val="uk-UA"/>
        </w:rPr>
      </w:pPr>
    </w:p>
    <w:p w:rsidR="006771C7" w:rsidRDefault="006771C7">
      <w:pPr>
        <w:rPr>
          <w:rFonts w:cs="Times New Roman"/>
          <w:b/>
          <w:sz w:val="28"/>
          <w:szCs w:val="28"/>
          <w:lang w:val="uk-UA"/>
        </w:rPr>
      </w:pPr>
    </w:p>
    <w:p w:rsidR="006771C7" w:rsidRDefault="006771C7">
      <w:pPr>
        <w:rPr>
          <w:rFonts w:cs="Times New Roman"/>
          <w:b/>
          <w:sz w:val="28"/>
          <w:szCs w:val="28"/>
          <w:lang w:val="uk-UA"/>
        </w:rPr>
      </w:pPr>
    </w:p>
    <w:p w:rsidR="006771C7" w:rsidRPr="006771C7" w:rsidRDefault="006771C7">
      <w:pPr>
        <w:rPr>
          <w:rFonts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244840" w:rsidRPr="006771C7" w:rsidRDefault="006771C7" w:rsidP="006771C7">
      <w:pPr>
        <w:ind w:left="1429" w:firstLine="11"/>
        <w:rPr>
          <w:rFonts w:cs="Times New Roman"/>
          <w:sz w:val="28"/>
          <w:szCs w:val="28"/>
          <w:lang w:val="uk-UA"/>
        </w:rPr>
      </w:pPr>
      <w:r w:rsidRPr="006771C7">
        <w:rPr>
          <w:rFonts w:cs="Times New Roman"/>
          <w:b/>
          <w:sz w:val="28"/>
          <w:szCs w:val="28"/>
          <w:lang w:val="uk-UA"/>
        </w:rPr>
        <w:t xml:space="preserve">Директор </w:t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Pr="006771C7">
        <w:rPr>
          <w:rFonts w:cs="Times New Roman"/>
          <w:b/>
          <w:sz w:val="28"/>
          <w:szCs w:val="28"/>
          <w:lang w:val="uk-UA"/>
        </w:rPr>
        <w:tab/>
      </w:r>
      <w:r w:rsidR="00E4138D" w:rsidRPr="006771C7">
        <w:rPr>
          <w:rFonts w:cs="Times New Roman"/>
          <w:sz w:val="28"/>
          <w:szCs w:val="28"/>
          <w:lang w:val="uk-UA"/>
        </w:rPr>
        <w:t xml:space="preserve">П. М. </w:t>
      </w:r>
      <w:proofErr w:type="spellStart"/>
      <w:r w:rsidR="00E4138D" w:rsidRPr="006771C7">
        <w:rPr>
          <w:rFonts w:cs="Times New Roman"/>
          <w:sz w:val="28"/>
          <w:szCs w:val="28"/>
          <w:lang w:val="uk-UA"/>
        </w:rPr>
        <w:t>Борохович</w:t>
      </w:r>
      <w:proofErr w:type="spellEnd"/>
    </w:p>
    <w:sectPr w:rsidR="00244840" w:rsidRPr="006771C7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4F3A"/>
    <w:rsid w:val="002123A3"/>
    <w:rsid w:val="00244840"/>
    <w:rsid w:val="0029639D"/>
    <w:rsid w:val="00326F90"/>
    <w:rsid w:val="006771C7"/>
    <w:rsid w:val="008F199A"/>
    <w:rsid w:val="00AA1D8D"/>
    <w:rsid w:val="00B47730"/>
    <w:rsid w:val="00BF64D0"/>
    <w:rsid w:val="00CB0664"/>
    <w:rsid w:val="00CC595A"/>
    <w:rsid w:val="00E4138D"/>
    <w:rsid w:val="00FB5C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212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212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212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212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4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8E9F28-83BF-49BB-BDF7-8D1E69C22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1257</Words>
  <Characters>717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пк</cp:lastModifiedBy>
  <cp:revision>9</cp:revision>
  <dcterms:created xsi:type="dcterms:W3CDTF">2013-12-23T23:15:00Z</dcterms:created>
  <dcterms:modified xsi:type="dcterms:W3CDTF">2026-09-14T11:49:00Z</dcterms:modified>
  <cp:category/>
</cp:coreProperties>
</file>