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424" w:rsidRPr="002659F5" w:rsidRDefault="00C57424" w:rsidP="00C57424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659F5">
        <w:rPr>
          <w:rFonts w:eastAsia="Times New Roman" w:cs="Times New Roman"/>
          <w:sz w:val="28"/>
          <w:szCs w:val="28"/>
          <w:lang w:val="uk-UA" w:eastAsia="ru-RU"/>
        </w:rPr>
        <w:t xml:space="preserve">ОПОРНИЙ ЗАКЛАД ЗАГАЛЬНОЇ СЕРЕДНЬОЇ ОСВІТИ </w:t>
      </w:r>
    </w:p>
    <w:p w:rsidR="00C57424" w:rsidRPr="002659F5" w:rsidRDefault="00C57424" w:rsidP="00C57424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659F5">
        <w:rPr>
          <w:rFonts w:eastAsia="Times New Roman" w:cs="Times New Roman"/>
          <w:sz w:val="28"/>
          <w:szCs w:val="28"/>
          <w:lang w:val="uk-UA" w:eastAsia="ru-RU"/>
        </w:rPr>
        <w:t>«ВЕЛИКОСОРОЧИНСЬКИЙ ЛІЦЕЙ ІМ. М. В. ГОГОЛЯ</w:t>
      </w:r>
    </w:p>
    <w:p w:rsidR="00C57424" w:rsidRPr="002659F5" w:rsidRDefault="00C57424" w:rsidP="00C57424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659F5">
        <w:rPr>
          <w:rFonts w:eastAsia="Times New Roman" w:cs="Times New Roman"/>
          <w:sz w:val="28"/>
          <w:szCs w:val="28"/>
          <w:lang w:val="uk-UA" w:eastAsia="ru-RU"/>
        </w:rPr>
        <w:t xml:space="preserve">ВЕЛИКОСОРОЧИНСЬКОЇ СІЛЬСЬКОЇ РАДИ </w:t>
      </w:r>
    </w:p>
    <w:p w:rsidR="00C57424" w:rsidRPr="002659F5" w:rsidRDefault="00C57424" w:rsidP="00C57424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659F5">
        <w:rPr>
          <w:rFonts w:eastAsia="Times New Roman" w:cs="Times New Roman"/>
          <w:sz w:val="28"/>
          <w:szCs w:val="28"/>
          <w:lang w:val="uk-UA" w:eastAsia="ru-RU"/>
        </w:rPr>
        <w:t>МИРГОРОДСЬКОГО РАЙОНУ ПОЛТАВСЬКОЇ ОБЛАСТІ»</w:t>
      </w:r>
    </w:p>
    <w:p w:rsidR="00C57424" w:rsidRPr="002659F5" w:rsidRDefault="00C57424" w:rsidP="00C57424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</w:p>
    <w:p w:rsidR="00674244" w:rsidRPr="002659F5" w:rsidRDefault="00674244">
      <w:pPr>
        <w:jc w:val="center"/>
        <w:rPr>
          <w:b/>
          <w:sz w:val="28"/>
          <w:szCs w:val="28"/>
          <w:lang w:val="uk-UA"/>
        </w:rPr>
      </w:pPr>
    </w:p>
    <w:p w:rsidR="00674244" w:rsidRPr="002659F5" w:rsidRDefault="00674244">
      <w:pPr>
        <w:jc w:val="center"/>
        <w:rPr>
          <w:b/>
          <w:sz w:val="28"/>
          <w:szCs w:val="28"/>
          <w:lang w:val="uk-UA"/>
        </w:rPr>
      </w:pPr>
    </w:p>
    <w:p w:rsidR="00674244" w:rsidRPr="002659F5" w:rsidRDefault="00674244">
      <w:pPr>
        <w:jc w:val="center"/>
        <w:rPr>
          <w:b/>
          <w:sz w:val="28"/>
          <w:szCs w:val="28"/>
          <w:lang w:val="uk-UA"/>
        </w:rPr>
      </w:pPr>
    </w:p>
    <w:p w:rsidR="00674244" w:rsidRPr="002659F5" w:rsidRDefault="00674244">
      <w:pPr>
        <w:jc w:val="center"/>
        <w:rPr>
          <w:b/>
          <w:sz w:val="28"/>
          <w:szCs w:val="28"/>
          <w:lang w:val="uk-UA"/>
        </w:rPr>
      </w:pPr>
    </w:p>
    <w:p w:rsidR="00704B74" w:rsidRPr="002659F5" w:rsidRDefault="00773194">
      <w:pPr>
        <w:jc w:val="center"/>
        <w:rPr>
          <w:sz w:val="28"/>
          <w:szCs w:val="28"/>
          <w:lang w:val="ru-RU"/>
        </w:rPr>
      </w:pPr>
      <w:r w:rsidRPr="002659F5">
        <w:rPr>
          <w:b/>
          <w:sz w:val="28"/>
          <w:szCs w:val="28"/>
          <w:lang w:val="ru-RU"/>
        </w:rPr>
        <w:t>ЗВІТ</w:t>
      </w:r>
      <w:r w:rsidRPr="002659F5">
        <w:rPr>
          <w:b/>
          <w:sz w:val="28"/>
          <w:szCs w:val="28"/>
          <w:lang w:val="ru-RU"/>
        </w:rPr>
        <w:br/>
        <w:t xml:space="preserve">про </w:t>
      </w:r>
      <w:proofErr w:type="spellStart"/>
      <w:r w:rsidRPr="002659F5">
        <w:rPr>
          <w:b/>
          <w:sz w:val="28"/>
          <w:szCs w:val="28"/>
          <w:lang w:val="ru-RU"/>
        </w:rPr>
        <w:t>виконання</w:t>
      </w:r>
      <w:proofErr w:type="spellEnd"/>
      <w:r w:rsidRPr="002659F5">
        <w:rPr>
          <w:b/>
          <w:sz w:val="28"/>
          <w:szCs w:val="28"/>
          <w:lang w:val="ru-RU"/>
        </w:rPr>
        <w:t xml:space="preserve"> заходу</w:t>
      </w:r>
      <w:r w:rsidR="00ED5195" w:rsidRPr="00ED5195">
        <w:rPr>
          <w:rFonts w:cs="Times New Roman"/>
          <w:b/>
          <w:sz w:val="28"/>
          <w:szCs w:val="28"/>
          <w:lang w:val="uk-UA"/>
        </w:rPr>
        <w:t xml:space="preserve"> </w:t>
      </w:r>
      <w:r w:rsidR="00ED5195" w:rsidRPr="00ED5195">
        <w:rPr>
          <w:b/>
          <w:sz w:val="28"/>
          <w:szCs w:val="28"/>
          <w:lang w:val="uk-UA"/>
        </w:rPr>
        <w:t>згідно форми №</w:t>
      </w:r>
      <w:bookmarkStart w:id="0" w:name="_GoBack"/>
      <w:bookmarkEnd w:id="0"/>
      <w:r w:rsidRPr="002659F5">
        <w:rPr>
          <w:b/>
          <w:sz w:val="28"/>
          <w:szCs w:val="28"/>
          <w:lang w:val="ru-RU"/>
        </w:rPr>
        <w:t>8.30.н)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704B74" w:rsidRPr="002659F5" w:rsidTr="00773194">
        <w:trPr>
          <w:jc w:val="center"/>
        </w:trPr>
        <w:tc>
          <w:tcPr>
            <w:tcW w:w="4844" w:type="dxa"/>
            <w:shd w:val="clear" w:color="auto" w:fill="auto"/>
          </w:tcPr>
          <w:p w:rsidR="00704B74" w:rsidRPr="002659F5" w:rsidRDefault="00773194">
            <w:pPr>
              <w:rPr>
                <w:sz w:val="28"/>
                <w:szCs w:val="28"/>
              </w:rPr>
            </w:pPr>
            <w:proofErr w:type="spellStart"/>
            <w:r w:rsidRPr="002659F5">
              <w:rPr>
                <w:sz w:val="28"/>
                <w:szCs w:val="28"/>
              </w:rPr>
              <w:t>Захід</w:t>
            </w:r>
            <w:proofErr w:type="spellEnd"/>
            <w:r w:rsidRPr="002659F5">
              <w:rPr>
                <w:sz w:val="28"/>
                <w:szCs w:val="28"/>
              </w:rPr>
              <w:t xml:space="preserve"> </w:t>
            </w:r>
            <w:proofErr w:type="spellStart"/>
            <w:r w:rsidRPr="002659F5">
              <w:rPr>
                <w:sz w:val="28"/>
                <w:szCs w:val="28"/>
              </w:rPr>
              <w:t>Плану</w:t>
            </w:r>
            <w:proofErr w:type="spellEnd"/>
          </w:p>
        </w:tc>
        <w:tc>
          <w:tcPr>
            <w:tcW w:w="4844" w:type="dxa"/>
          </w:tcPr>
          <w:p w:rsidR="00704B74" w:rsidRPr="002659F5" w:rsidRDefault="00773194">
            <w:pPr>
              <w:rPr>
                <w:sz w:val="28"/>
                <w:szCs w:val="28"/>
              </w:rPr>
            </w:pPr>
            <w:r w:rsidRPr="002659F5">
              <w:rPr>
                <w:sz w:val="28"/>
                <w:szCs w:val="28"/>
              </w:rPr>
              <w:t>8.30.н) облаштування приміщень закладів дошкільної і загальної середньої освіти відповідно до вимог щодо доступності для осіб з інвалідністю та інших маломобільних груп населення</w:t>
            </w:r>
          </w:p>
        </w:tc>
      </w:tr>
      <w:tr w:rsidR="00704B74" w:rsidRPr="002659F5" w:rsidTr="00773194">
        <w:trPr>
          <w:jc w:val="center"/>
        </w:trPr>
        <w:tc>
          <w:tcPr>
            <w:tcW w:w="4844" w:type="dxa"/>
            <w:shd w:val="clear" w:color="auto" w:fill="auto"/>
          </w:tcPr>
          <w:p w:rsidR="00704B74" w:rsidRPr="002659F5" w:rsidRDefault="00773194">
            <w:pPr>
              <w:rPr>
                <w:sz w:val="28"/>
                <w:szCs w:val="28"/>
              </w:rPr>
            </w:pPr>
            <w:r w:rsidRPr="002659F5">
              <w:rPr>
                <w:sz w:val="28"/>
                <w:szCs w:val="28"/>
              </w:rPr>
              <w:t>Статус</w:t>
            </w:r>
          </w:p>
        </w:tc>
        <w:tc>
          <w:tcPr>
            <w:tcW w:w="4844" w:type="dxa"/>
          </w:tcPr>
          <w:p w:rsidR="00704B74" w:rsidRPr="002659F5" w:rsidRDefault="00773194">
            <w:pPr>
              <w:rPr>
                <w:sz w:val="28"/>
                <w:szCs w:val="28"/>
              </w:rPr>
            </w:pPr>
            <w:r w:rsidRPr="002659F5">
              <w:rPr>
                <w:sz w:val="28"/>
                <w:szCs w:val="28"/>
              </w:rPr>
              <w:t>Виконується</w:t>
            </w:r>
          </w:p>
        </w:tc>
      </w:tr>
      <w:tr w:rsidR="00704B74" w:rsidRPr="002659F5" w:rsidTr="00773194">
        <w:trPr>
          <w:jc w:val="center"/>
        </w:trPr>
        <w:tc>
          <w:tcPr>
            <w:tcW w:w="4844" w:type="dxa"/>
            <w:shd w:val="clear" w:color="auto" w:fill="auto"/>
          </w:tcPr>
          <w:p w:rsidR="00704B74" w:rsidRPr="002659F5" w:rsidRDefault="00773194">
            <w:pPr>
              <w:rPr>
                <w:sz w:val="28"/>
                <w:szCs w:val="28"/>
              </w:rPr>
            </w:pPr>
            <w:r w:rsidRPr="002659F5">
              <w:rPr>
                <w:sz w:val="28"/>
                <w:szCs w:val="28"/>
              </w:rPr>
              <w:t>Періодичність звітування</w:t>
            </w:r>
          </w:p>
        </w:tc>
        <w:tc>
          <w:tcPr>
            <w:tcW w:w="4844" w:type="dxa"/>
          </w:tcPr>
          <w:p w:rsidR="00704B74" w:rsidRPr="002659F5" w:rsidRDefault="00773194">
            <w:pPr>
              <w:rPr>
                <w:sz w:val="28"/>
                <w:szCs w:val="28"/>
              </w:rPr>
            </w:pPr>
            <w:r w:rsidRPr="002659F5">
              <w:rPr>
                <w:sz w:val="28"/>
                <w:szCs w:val="28"/>
              </w:rPr>
              <w:t>щокварталу</w:t>
            </w:r>
          </w:p>
        </w:tc>
      </w:tr>
      <w:tr w:rsidR="00704B74" w:rsidRPr="00ED5195" w:rsidTr="00773194">
        <w:trPr>
          <w:jc w:val="center"/>
        </w:trPr>
        <w:tc>
          <w:tcPr>
            <w:tcW w:w="4844" w:type="dxa"/>
            <w:shd w:val="clear" w:color="auto" w:fill="auto"/>
          </w:tcPr>
          <w:p w:rsidR="00704B74" w:rsidRPr="002659F5" w:rsidRDefault="00773194">
            <w:pPr>
              <w:rPr>
                <w:sz w:val="28"/>
                <w:szCs w:val="28"/>
              </w:rPr>
            </w:pPr>
            <w:r w:rsidRPr="002659F5">
              <w:rPr>
                <w:sz w:val="28"/>
                <w:szCs w:val="28"/>
              </w:rPr>
              <w:t>Очікуваний продукт (індикатор виконання)</w:t>
            </w:r>
          </w:p>
        </w:tc>
        <w:tc>
          <w:tcPr>
            <w:tcW w:w="4844" w:type="dxa"/>
          </w:tcPr>
          <w:p w:rsidR="00704B74" w:rsidRPr="002659F5" w:rsidRDefault="00773194" w:rsidP="00773194">
            <w:pPr>
              <w:rPr>
                <w:sz w:val="28"/>
                <w:szCs w:val="28"/>
                <w:lang w:val="ru-RU"/>
              </w:rPr>
            </w:pPr>
            <w:proofErr w:type="spellStart"/>
            <w:r w:rsidRPr="002659F5">
              <w:rPr>
                <w:sz w:val="28"/>
                <w:szCs w:val="28"/>
                <w:lang w:val="ru-RU"/>
              </w:rPr>
              <w:t>опубліковано</w:t>
            </w:r>
            <w:proofErr w:type="spellEnd"/>
            <w:r w:rsidRPr="002659F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59F5">
              <w:rPr>
                <w:sz w:val="28"/>
                <w:szCs w:val="28"/>
                <w:lang w:val="ru-RU"/>
              </w:rPr>
              <w:t>звіт</w:t>
            </w:r>
            <w:proofErr w:type="spellEnd"/>
            <w:r w:rsidRPr="002659F5">
              <w:rPr>
                <w:sz w:val="28"/>
                <w:szCs w:val="28"/>
                <w:lang w:val="ru-RU"/>
              </w:rPr>
              <w:t xml:space="preserve"> про стан </w:t>
            </w:r>
            <w:proofErr w:type="spellStart"/>
            <w:r w:rsidRPr="002659F5">
              <w:rPr>
                <w:sz w:val="28"/>
                <w:szCs w:val="28"/>
                <w:lang w:val="ru-RU"/>
              </w:rPr>
              <w:t>облаштування</w:t>
            </w:r>
            <w:proofErr w:type="spellEnd"/>
            <w:r w:rsidRPr="002659F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59F5">
              <w:rPr>
                <w:sz w:val="28"/>
                <w:szCs w:val="28"/>
                <w:lang w:val="ru-RU"/>
              </w:rPr>
              <w:t>приміщень</w:t>
            </w:r>
            <w:proofErr w:type="spellEnd"/>
            <w:r w:rsidRPr="002659F5">
              <w:rPr>
                <w:sz w:val="28"/>
                <w:szCs w:val="28"/>
                <w:lang w:val="ru-RU"/>
              </w:rPr>
              <w:t xml:space="preserve"> заклад</w:t>
            </w:r>
            <w:r w:rsidRPr="002659F5">
              <w:rPr>
                <w:sz w:val="28"/>
                <w:szCs w:val="28"/>
                <w:lang w:val="uk-UA"/>
              </w:rPr>
              <w:t>у</w:t>
            </w:r>
            <w:r w:rsidRPr="002659F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59F5">
              <w:rPr>
                <w:sz w:val="28"/>
                <w:szCs w:val="28"/>
                <w:lang w:val="ru-RU"/>
              </w:rPr>
              <w:t>загальної</w:t>
            </w:r>
            <w:proofErr w:type="spellEnd"/>
            <w:r w:rsidRPr="002659F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59F5">
              <w:rPr>
                <w:sz w:val="28"/>
                <w:szCs w:val="28"/>
                <w:lang w:val="ru-RU"/>
              </w:rPr>
              <w:t>середньої</w:t>
            </w:r>
            <w:proofErr w:type="spellEnd"/>
            <w:r w:rsidRPr="002659F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659F5">
              <w:rPr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:rsidR="00704B74" w:rsidRPr="002659F5" w:rsidRDefault="00704B74">
      <w:pPr>
        <w:rPr>
          <w:sz w:val="28"/>
          <w:szCs w:val="28"/>
          <w:lang w:val="ru-RU"/>
        </w:rPr>
      </w:pPr>
    </w:p>
    <w:p w:rsidR="00704B74" w:rsidRPr="002659F5" w:rsidRDefault="00773194" w:rsidP="00674244">
      <w:pPr>
        <w:pStyle w:val="21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1. </w:t>
      </w:r>
      <w:proofErr w:type="spell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Стислий</w:t>
      </w:r>
      <w:proofErr w:type="spellEnd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опис</w:t>
      </w:r>
      <w:proofErr w:type="spellEnd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виконаного</w:t>
      </w:r>
      <w:proofErr w:type="spellEnd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заходу</w:t>
      </w:r>
    </w:p>
    <w:p w:rsidR="00704B74" w:rsidRPr="002659F5" w:rsidRDefault="00773194" w:rsidP="00773194">
      <w:pPr>
        <w:ind w:firstLine="709"/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2659F5">
        <w:rPr>
          <w:rFonts w:cs="Times New Roman"/>
          <w:sz w:val="28"/>
          <w:szCs w:val="28"/>
          <w:lang w:val="ru-RU"/>
        </w:rPr>
        <w:t>У</w:t>
      </w:r>
      <w:proofErr w:type="gram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659F5">
        <w:rPr>
          <w:rFonts w:cs="Times New Roman"/>
          <w:sz w:val="28"/>
          <w:szCs w:val="28"/>
          <w:lang w:val="ru-RU"/>
        </w:rPr>
        <w:t>заклад</w:t>
      </w:r>
      <w:proofErr w:type="gramEnd"/>
      <w:r w:rsidRPr="002659F5">
        <w:rPr>
          <w:rFonts w:cs="Times New Roman"/>
          <w:sz w:val="28"/>
          <w:szCs w:val="28"/>
          <w:lang w:val="ru-RU"/>
        </w:rPr>
        <w:t>і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проведено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оцінювання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наявних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засобів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доступності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приміщень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. На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першому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поверсі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наявні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пандус та </w:t>
      </w:r>
      <w:proofErr w:type="spellStart"/>
      <w:r w:rsidRPr="002659F5">
        <w:rPr>
          <w:rFonts w:cs="Times New Roman"/>
          <w:sz w:val="28"/>
          <w:szCs w:val="28"/>
          <w:lang w:val="ru-RU"/>
        </w:rPr>
        <w:t>санітарне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приміщення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proofErr w:type="gramStart"/>
      <w:r w:rsidRPr="002659F5">
        <w:rPr>
          <w:rFonts w:cs="Times New Roman"/>
          <w:sz w:val="28"/>
          <w:szCs w:val="28"/>
          <w:lang w:val="ru-RU"/>
        </w:rPr>
        <w:t>осіб</w:t>
      </w:r>
      <w:proofErr w:type="spellEnd"/>
      <w:proofErr w:type="gramEnd"/>
      <w:r w:rsidRPr="002659F5">
        <w:rPr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2659F5">
        <w:rPr>
          <w:rFonts w:cs="Times New Roman"/>
          <w:sz w:val="28"/>
          <w:szCs w:val="28"/>
          <w:lang w:val="ru-RU"/>
        </w:rPr>
        <w:t>інвалідністю</w:t>
      </w:r>
      <w:proofErr w:type="spellEnd"/>
      <w:r w:rsidRPr="002659F5">
        <w:rPr>
          <w:rFonts w:cs="Times New Roman"/>
          <w:sz w:val="28"/>
          <w:szCs w:val="28"/>
          <w:lang w:val="ru-RU"/>
        </w:rPr>
        <w:t>.</w:t>
      </w:r>
    </w:p>
    <w:p w:rsidR="00704B74" w:rsidRPr="002659F5" w:rsidRDefault="00773194" w:rsidP="00674244">
      <w:pPr>
        <w:pStyle w:val="21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 </w:t>
      </w:r>
      <w:proofErr w:type="spell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Результати</w:t>
      </w:r>
      <w:proofErr w:type="spellEnd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оцінки</w:t>
      </w:r>
      <w:proofErr w:type="spellEnd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gram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фактичного</w:t>
      </w:r>
      <w:proofErr w:type="gramEnd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стану</w:t>
      </w:r>
    </w:p>
    <w:p w:rsidR="00704B74" w:rsidRPr="002659F5" w:rsidRDefault="00773194" w:rsidP="00773194">
      <w:pPr>
        <w:pStyle w:val="a0"/>
        <w:numPr>
          <w:ilvl w:val="0"/>
          <w:numId w:val="0"/>
        </w:numPr>
        <w:ind w:firstLine="709"/>
        <w:jc w:val="both"/>
        <w:rPr>
          <w:rFonts w:cs="Times New Roman"/>
          <w:sz w:val="28"/>
          <w:szCs w:val="28"/>
          <w:lang w:val="ru-RU"/>
        </w:rPr>
      </w:pPr>
      <w:r w:rsidRPr="002659F5">
        <w:rPr>
          <w:rFonts w:cs="Times New Roman"/>
          <w:sz w:val="28"/>
          <w:szCs w:val="28"/>
          <w:lang w:val="ru-RU"/>
        </w:rPr>
        <w:t xml:space="preserve">На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першому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поверсі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наявний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пандус.</w:t>
      </w:r>
    </w:p>
    <w:p w:rsidR="00704B74" w:rsidRPr="002659F5" w:rsidRDefault="00773194" w:rsidP="00773194">
      <w:pPr>
        <w:pStyle w:val="a0"/>
        <w:numPr>
          <w:ilvl w:val="0"/>
          <w:numId w:val="0"/>
        </w:numPr>
        <w:ind w:firstLine="709"/>
        <w:jc w:val="both"/>
        <w:rPr>
          <w:rFonts w:cs="Times New Roman"/>
          <w:sz w:val="28"/>
          <w:szCs w:val="28"/>
          <w:lang w:val="ru-RU"/>
        </w:rPr>
      </w:pPr>
      <w:r w:rsidRPr="002659F5">
        <w:rPr>
          <w:rFonts w:cs="Times New Roman"/>
          <w:sz w:val="28"/>
          <w:szCs w:val="28"/>
          <w:lang w:val="ru-RU"/>
        </w:rPr>
        <w:t xml:space="preserve">На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першому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поверсі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наявне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санітарне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2659F5">
        <w:rPr>
          <w:rFonts w:cs="Times New Roman"/>
          <w:sz w:val="28"/>
          <w:szCs w:val="28"/>
          <w:lang w:val="ru-RU"/>
        </w:rPr>
        <w:t>приміщення</w:t>
      </w:r>
      <w:proofErr w:type="spellEnd"/>
      <w:r w:rsidRPr="002659F5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proofErr w:type="gramStart"/>
      <w:r w:rsidRPr="002659F5">
        <w:rPr>
          <w:rFonts w:cs="Times New Roman"/>
          <w:sz w:val="28"/>
          <w:szCs w:val="28"/>
          <w:lang w:val="ru-RU"/>
        </w:rPr>
        <w:t>осіб</w:t>
      </w:r>
      <w:proofErr w:type="spellEnd"/>
      <w:proofErr w:type="gramEnd"/>
      <w:r w:rsidRPr="002659F5">
        <w:rPr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2659F5">
        <w:rPr>
          <w:rFonts w:cs="Times New Roman"/>
          <w:sz w:val="28"/>
          <w:szCs w:val="28"/>
          <w:lang w:val="ru-RU"/>
        </w:rPr>
        <w:t>інвалідністю</w:t>
      </w:r>
      <w:proofErr w:type="spellEnd"/>
      <w:r w:rsidRPr="002659F5">
        <w:rPr>
          <w:rFonts w:cs="Times New Roman"/>
          <w:sz w:val="28"/>
          <w:szCs w:val="28"/>
          <w:lang w:val="ru-RU"/>
        </w:rPr>
        <w:t>.</w:t>
      </w:r>
    </w:p>
    <w:p w:rsidR="00674244" w:rsidRPr="002659F5" w:rsidRDefault="00674244" w:rsidP="00773194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674244" w:rsidRPr="002659F5" w:rsidRDefault="00674244" w:rsidP="00773194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674244" w:rsidRPr="002659F5" w:rsidRDefault="00674244" w:rsidP="002659F5">
      <w:pPr>
        <w:rPr>
          <w:rFonts w:cs="Times New Roman"/>
          <w:b/>
          <w:sz w:val="28"/>
          <w:szCs w:val="28"/>
          <w:lang w:val="uk-UA"/>
        </w:rPr>
      </w:pPr>
    </w:p>
    <w:p w:rsidR="00704B74" w:rsidRPr="002659F5" w:rsidRDefault="00674244" w:rsidP="00773194">
      <w:pPr>
        <w:jc w:val="center"/>
        <w:rPr>
          <w:rFonts w:cs="Times New Roman"/>
          <w:b/>
          <w:sz w:val="28"/>
          <w:szCs w:val="28"/>
          <w:lang w:val="uk-UA"/>
        </w:rPr>
      </w:pPr>
      <w:proofErr w:type="spellStart"/>
      <w:r w:rsidRPr="002659F5">
        <w:rPr>
          <w:rFonts w:cs="Times New Roman"/>
          <w:b/>
          <w:sz w:val="28"/>
          <w:szCs w:val="28"/>
        </w:rPr>
        <w:lastRenderedPageBreak/>
        <w:t>Зовнішній</w:t>
      </w:r>
      <w:proofErr w:type="spellEnd"/>
      <w:r w:rsidRPr="002659F5">
        <w:rPr>
          <w:rFonts w:cs="Times New Roman"/>
          <w:b/>
          <w:sz w:val="28"/>
          <w:szCs w:val="28"/>
        </w:rPr>
        <w:t xml:space="preserve"> </w:t>
      </w:r>
      <w:proofErr w:type="spellStart"/>
      <w:r w:rsidRPr="002659F5">
        <w:rPr>
          <w:rFonts w:cs="Times New Roman"/>
          <w:b/>
          <w:sz w:val="28"/>
          <w:szCs w:val="28"/>
        </w:rPr>
        <w:t>вигляд</w:t>
      </w:r>
      <w:proofErr w:type="spellEnd"/>
      <w:r w:rsidRPr="002659F5">
        <w:rPr>
          <w:rFonts w:cs="Times New Roman"/>
          <w:b/>
          <w:sz w:val="28"/>
          <w:szCs w:val="28"/>
        </w:rPr>
        <w:t xml:space="preserve"> </w:t>
      </w:r>
      <w:proofErr w:type="spellStart"/>
      <w:r w:rsidRPr="002659F5">
        <w:rPr>
          <w:rFonts w:cs="Times New Roman"/>
          <w:b/>
          <w:sz w:val="28"/>
          <w:szCs w:val="28"/>
        </w:rPr>
        <w:t>пандуса</w:t>
      </w:r>
      <w:proofErr w:type="spellEnd"/>
    </w:p>
    <w:p w:rsidR="00704B74" w:rsidRPr="002659F5" w:rsidRDefault="00773194" w:rsidP="00773194">
      <w:pPr>
        <w:jc w:val="center"/>
        <w:rPr>
          <w:sz w:val="28"/>
          <w:szCs w:val="28"/>
          <w:lang w:val="uk-UA"/>
        </w:rPr>
      </w:pPr>
      <w:r w:rsidRPr="002659F5">
        <w:rPr>
          <w:noProof/>
          <w:sz w:val="28"/>
          <w:szCs w:val="28"/>
          <w:lang w:val="uk-UA" w:eastAsia="uk-UA"/>
        </w:rPr>
        <w:drawing>
          <wp:inline distT="0" distB="0" distL="0" distR="0" wp14:anchorId="733EE5C0" wp14:editId="4F00EFD5">
            <wp:extent cx="2362200" cy="31496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79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1247" cy="316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B74" w:rsidRPr="002659F5" w:rsidRDefault="00773194" w:rsidP="00773194">
      <w:pPr>
        <w:jc w:val="center"/>
        <w:rPr>
          <w:b/>
          <w:sz w:val="28"/>
          <w:szCs w:val="28"/>
          <w:lang w:val="ru-RU"/>
        </w:rPr>
      </w:pPr>
      <w:proofErr w:type="spellStart"/>
      <w:proofErr w:type="gramStart"/>
      <w:r w:rsidRPr="002659F5">
        <w:rPr>
          <w:b/>
          <w:sz w:val="28"/>
          <w:szCs w:val="28"/>
          <w:lang w:val="ru-RU"/>
        </w:rPr>
        <w:t>П</w:t>
      </w:r>
      <w:proofErr w:type="gramEnd"/>
      <w:r w:rsidRPr="002659F5">
        <w:rPr>
          <w:b/>
          <w:sz w:val="28"/>
          <w:szCs w:val="28"/>
          <w:lang w:val="ru-RU"/>
        </w:rPr>
        <w:t>ідхід</w:t>
      </w:r>
      <w:proofErr w:type="spellEnd"/>
      <w:r w:rsidRPr="002659F5">
        <w:rPr>
          <w:b/>
          <w:sz w:val="28"/>
          <w:szCs w:val="28"/>
          <w:lang w:val="ru-RU"/>
        </w:rPr>
        <w:t xml:space="preserve"> до пандуса та </w:t>
      </w:r>
      <w:proofErr w:type="spellStart"/>
      <w:r w:rsidRPr="002659F5">
        <w:rPr>
          <w:b/>
          <w:sz w:val="28"/>
          <w:szCs w:val="28"/>
          <w:lang w:val="ru-RU"/>
        </w:rPr>
        <w:t>вхідні</w:t>
      </w:r>
      <w:proofErr w:type="spellEnd"/>
      <w:r w:rsidRPr="002659F5">
        <w:rPr>
          <w:b/>
          <w:sz w:val="28"/>
          <w:szCs w:val="28"/>
          <w:lang w:val="ru-RU"/>
        </w:rPr>
        <w:t xml:space="preserve"> </w:t>
      </w:r>
      <w:proofErr w:type="spellStart"/>
      <w:r w:rsidRPr="002659F5">
        <w:rPr>
          <w:b/>
          <w:sz w:val="28"/>
          <w:szCs w:val="28"/>
          <w:lang w:val="ru-RU"/>
        </w:rPr>
        <w:t>двері</w:t>
      </w:r>
      <w:proofErr w:type="spellEnd"/>
    </w:p>
    <w:p w:rsidR="00704B74" w:rsidRPr="002659F5" w:rsidRDefault="00773194" w:rsidP="00773194">
      <w:pPr>
        <w:jc w:val="center"/>
        <w:rPr>
          <w:sz w:val="28"/>
          <w:szCs w:val="28"/>
          <w:lang w:val="uk-UA"/>
        </w:rPr>
      </w:pPr>
      <w:r w:rsidRPr="002659F5">
        <w:rPr>
          <w:noProof/>
          <w:sz w:val="28"/>
          <w:szCs w:val="28"/>
          <w:lang w:val="uk-UA" w:eastAsia="uk-UA"/>
        </w:rPr>
        <w:drawing>
          <wp:inline distT="0" distB="0" distL="0" distR="0" wp14:anchorId="71FDAC98" wp14:editId="2BD34AD7">
            <wp:extent cx="3267075" cy="4356100"/>
            <wp:effectExtent l="0" t="0" r="952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77(1)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3727" cy="436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B74" w:rsidRPr="002659F5" w:rsidRDefault="00773194" w:rsidP="00773194">
      <w:pPr>
        <w:jc w:val="center"/>
        <w:rPr>
          <w:b/>
          <w:sz w:val="28"/>
          <w:szCs w:val="28"/>
          <w:lang w:val="ru-RU"/>
        </w:rPr>
      </w:pPr>
      <w:proofErr w:type="spellStart"/>
      <w:r w:rsidRPr="002659F5">
        <w:rPr>
          <w:b/>
          <w:sz w:val="28"/>
          <w:szCs w:val="28"/>
          <w:lang w:val="ru-RU"/>
        </w:rPr>
        <w:lastRenderedPageBreak/>
        <w:t>Санітарне</w:t>
      </w:r>
      <w:proofErr w:type="spellEnd"/>
      <w:r w:rsidRPr="002659F5">
        <w:rPr>
          <w:b/>
          <w:sz w:val="28"/>
          <w:szCs w:val="28"/>
          <w:lang w:val="ru-RU"/>
        </w:rPr>
        <w:t xml:space="preserve"> </w:t>
      </w:r>
      <w:proofErr w:type="spellStart"/>
      <w:r w:rsidRPr="002659F5">
        <w:rPr>
          <w:b/>
          <w:sz w:val="28"/>
          <w:szCs w:val="28"/>
          <w:lang w:val="ru-RU"/>
        </w:rPr>
        <w:t>приміщення</w:t>
      </w:r>
      <w:proofErr w:type="spellEnd"/>
      <w:r w:rsidRPr="002659F5">
        <w:rPr>
          <w:b/>
          <w:sz w:val="28"/>
          <w:szCs w:val="28"/>
          <w:lang w:val="ru-RU"/>
        </w:rPr>
        <w:t xml:space="preserve"> для </w:t>
      </w:r>
      <w:proofErr w:type="spellStart"/>
      <w:proofErr w:type="gramStart"/>
      <w:r w:rsidRPr="002659F5">
        <w:rPr>
          <w:b/>
          <w:sz w:val="28"/>
          <w:szCs w:val="28"/>
          <w:lang w:val="ru-RU"/>
        </w:rPr>
        <w:t>осіб</w:t>
      </w:r>
      <w:proofErr w:type="spellEnd"/>
      <w:proofErr w:type="gramEnd"/>
      <w:r w:rsidRPr="002659F5">
        <w:rPr>
          <w:b/>
          <w:sz w:val="28"/>
          <w:szCs w:val="28"/>
          <w:lang w:val="ru-RU"/>
        </w:rPr>
        <w:t xml:space="preserve"> з </w:t>
      </w:r>
      <w:proofErr w:type="spellStart"/>
      <w:r w:rsidRPr="002659F5">
        <w:rPr>
          <w:b/>
          <w:sz w:val="28"/>
          <w:szCs w:val="28"/>
          <w:lang w:val="ru-RU"/>
        </w:rPr>
        <w:t>інвалідністю</w:t>
      </w:r>
      <w:proofErr w:type="spellEnd"/>
      <w:r w:rsidRPr="002659F5">
        <w:rPr>
          <w:b/>
          <w:sz w:val="28"/>
          <w:szCs w:val="28"/>
          <w:lang w:val="ru-RU"/>
        </w:rPr>
        <w:t xml:space="preserve">: </w:t>
      </w:r>
      <w:proofErr w:type="spellStart"/>
      <w:r w:rsidRPr="002659F5">
        <w:rPr>
          <w:b/>
          <w:sz w:val="28"/>
          <w:szCs w:val="28"/>
          <w:lang w:val="ru-RU"/>
        </w:rPr>
        <w:t>загальний</w:t>
      </w:r>
      <w:proofErr w:type="spellEnd"/>
      <w:r w:rsidRPr="002659F5">
        <w:rPr>
          <w:b/>
          <w:sz w:val="28"/>
          <w:szCs w:val="28"/>
          <w:lang w:val="ru-RU"/>
        </w:rPr>
        <w:t xml:space="preserve"> </w:t>
      </w:r>
      <w:proofErr w:type="spellStart"/>
      <w:r w:rsidRPr="002659F5">
        <w:rPr>
          <w:b/>
          <w:sz w:val="28"/>
          <w:szCs w:val="28"/>
          <w:lang w:val="ru-RU"/>
        </w:rPr>
        <w:t>вигляд</w:t>
      </w:r>
      <w:proofErr w:type="spellEnd"/>
    </w:p>
    <w:p w:rsidR="00704B74" w:rsidRPr="002659F5" w:rsidRDefault="00773194" w:rsidP="00773194">
      <w:pPr>
        <w:jc w:val="center"/>
        <w:rPr>
          <w:sz w:val="28"/>
          <w:szCs w:val="28"/>
          <w:lang w:val="uk-UA"/>
        </w:rPr>
      </w:pPr>
      <w:r w:rsidRPr="002659F5">
        <w:rPr>
          <w:noProof/>
          <w:sz w:val="28"/>
          <w:szCs w:val="28"/>
          <w:lang w:val="uk-UA" w:eastAsia="uk-UA"/>
        </w:rPr>
        <w:drawing>
          <wp:inline distT="0" distB="0" distL="0" distR="0" wp14:anchorId="63EAEB40" wp14:editId="464FEB96">
            <wp:extent cx="4762500" cy="31873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4273" cy="318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9F5" w:rsidRDefault="002659F5" w:rsidP="002659F5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704B74" w:rsidRPr="002659F5" w:rsidRDefault="00773194" w:rsidP="002659F5">
      <w:pPr>
        <w:pStyle w:val="2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spellStart"/>
      <w:r w:rsidRPr="002659F5">
        <w:rPr>
          <w:rFonts w:ascii="Times New Roman" w:hAnsi="Times New Roman" w:cs="Times New Roman"/>
          <w:color w:val="auto"/>
          <w:sz w:val="28"/>
          <w:szCs w:val="28"/>
          <w:lang w:val="ru-RU"/>
        </w:rPr>
        <w:t>Висновок</w:t>
      </w:r>
      <w:proofErr w:type="spellEnd"/>
    </w:p>
    <w:p w:rsidR="00704B74" w:rsidRPr="002659F5" w:rsidRDefault="00773194" w:rsidP="00773194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2659F5">
        <w:rPr>
          <w:sz w:val="28"/>
          <w:szCs w:val="28"/>
          <w:lang w:val="ru-RU"/>
        </w:rPr>
        <w:t>Захід</w:t>
      </w:r>
      <w:proofErr w:type="spellEnd"/>
      <w:r w:rsidRPr="002659F5">
        <w:rPr>
          <w:sz w:val="28"/>
          <w:szCs w:val="28"/>
          <w:lang w:val="ru-RU"/>
        </w:rPr>
        <w:t xml:space="preserve"> </w:t>
      </w:r>
      <w:proofErr w:type="spellStart"/>
      <w:r w:rsidRPr="002659F5">
        <w:rPr>
          <w:sz w:val="28"/>
          <w:szCs w:val="28"/>
          <w:lang w:val="ru-RU"/>
        </w:rPr>
        <w:t>перебуває</w:t>
      </w:r>
      <w:proofErr w:type="spellEnd"/>
      <w:r w:rsidRPr="002659F5">
        <w:rPr>
          <w:sz w:val="28"/>
          <w:szCs w:val="28"/>
          <w:lang w:val="ru-RU"/>
        </w:rPr>
        <w:t xml:space="preserve"> </w:t>
      </w:r>
      <w:proofErr w:type="gramStart"/>
      <w:r w:rsidRPr="002659F5">
        <w:rPr>
          <w:sz w:val="28"/>
          <w:szCs w:val="28"/>
          <w:lang w:val="ru-RU"/>
        </w:rPr>
        <w:t>у</w:t>
      </w:r>
      <w:proofErr w:type="gramEnd"/>
      <w:r w:rsidRPr="002659F5">
        <w:rPr>
          <w:sz w:val="28"/>
          <w:szCs w:val="28"/>
          <w:lang w:val="ru-RU"/>
        </w:rPr>
        <w:t xml:space="preserve"> </w:t>
      </w:r>
      <w:proofErr w:type="spellStart"/>
      <w:r w:rsidRPr="002659F5">
        <w:rPr>
          <w:sz w:val="28"/>
          <w:szCs w:val="28"/>
          <w:lang w:val="ru-RU"/>
        </w:rPr>
        <w:t>статусі</w:t>
      </w:r>
      <w:proofErr w:type="spellEnd"/>
      <w:r w:rsidRPr="002659F5">
        <w:rPr>
          <w:sz w:val="28"/>
          <w:szCs w:val="28"/>
          <w:lang w:val="ru-RU"/>
        </w:rPr>
        <w:t xml:space="preserve"> «</w:t>
      </w:r>
      <w:proofErr w:type="spellStart"/>
      <w:r w:rsidRPr="002659F5">
        <w:rPr>
          <w:sz w:val="28"/>
          <w:szCs w:val="28"/>
          <w:lang w:val="ru-RU"/>
        </w:rPr>
        <w:t>Виконується</w:t>
      </w:r>
      <w:proofErr w:type="spellEnd"/>
      <w:r w:rsidRPr="002659F5">
        <w:rPr>
          <w:sz w:val="28"/>
          <w:szCs w:val="28"/>
          <w:lang w:val="ru-RU"/>
        </w:rPr>
        <w:t>».</w:t>
      </w:r>
    </w:p>
    <w:p w:rsidR="00674244" w:rsidRPr="002659F5" w:rsidRDefault="00674244" w:rsidP="00773194">
      <w:pPr>
        <w:ind w:firstLine="709"/>
        <w:jc w:val="both"/>
        <w:rPr>
          <w:sz w:val="28"/>
          <w:szCs w:val="28"/>
          <w:lang w:val="ru-RU"/>
        </w:rPr>
      </w:pPr>
    </w:p>
    <w:p w:rsidR="00674244" w:rsidRPr="002659F5" w:rsidRDefault="00674244" w:rsidP="00773194">
      <w:pPr>
        <w:ind w:firstLine="709"/>
        <w:jc w:val="both"/>
        <w:rPr>
          <w:sz w:val="28"/>
          <w:szCs w:val="28"/>
          <w:lang w:val="ru-RU"/>
        </w:rPr>
      </w:pPr>
    </w:p>
    <w:p w:rsidR="00674244" w:rsidRPr="002659F5" w:rsidRDefault="00674244" w:rsidP="00773194">
      <w:pPr>
        <w:ind w:firstLine="709"/>
        <w:jc w:val="both"/>
        <w:rPr>
          <w:sz w:val="28"/>
          <w:szCs w:val="28"/>
          <w:lang w:val="ru-RU"/>
        </w:rPr>
      </w:pPr>
    </w:p>
    <w:p w:rsidR="00674244" w:rsidRPr="002659F5" w:rsidRDefault="00674244" w:rsidP="00773194">
      <w:pPr>
        <w:ind w:firstLine="709"/>
        <w:jc w:val="both"/>
        <w:rPr>
          <w:sz w:val="28"/>
          <w:szCs w:val="28"/>
          <w:lang w:val="ru-RU"/>
        </w:rPr>
      </w:pPr>
    </w:p>
    <w:p w:rsidR="00674244" w:rsidRPr="002659F5" w:rsidRDefault="00674244" w:rsidP="00773194">
      <w:pPr>
        <w:ind w:firstLine="709"/>
        <w:jc w:val="both"/>
        <w:rPr>
          <w:sz w:val="28"/>
          <w:szCs w:val="28"/>
          <w:lang w:val="ru-RU"/>
        </w:rPr>
      </w:pPr>
    </w:p>
    <w:p w:rsidR="00674244" w:rsidRPr="002659F5" w:rsidRDefault="00674244" w:rsidP="00773194">
      <w:pPr>
        <w:ind w:firstLine="709"/>
        <w:jc w:val="both"/>
        <w:rPr>
          <w:sz w:val="28"/>
          <w:szCs w:val="28"/>
          <w:lang w:val="ru-RU"/>
        </w:rPr>
      </w:pPr>
    </w:p>
    <w:p w:rsidR="00704B74" w:rsidRPr="002659F5" w:rsidRDefault="00674244" w:rsidP="00674244">
      <w:pPr>
        <w:jc w:val="center"/>
        <w:rPr>
          <w:sz w:val="28"/>
          <w:szCs w:val="28"/>
          <w:lang w:val="ru-RU"/>
        </w:rPr>
      </w:pPr>
      <w:r w:rsidRPr="002659F5">
        <w:rPr>
          <w:b/>
          <w:sz w:val="28"/>
          <w:szCs w:val="28"/>
          <w:lang w:val="ru-RU"/>
        </w:rPr>
        <w:t>Директор:</w:t>
      </w:r>
      <w:r w:rsidRPr="002659F5">
        <w:rPr>
          <w:b/>
          <w:sz w:val="28"/>
          <w:szCs w:val="28"/>
          <w:lang w:val="ru-RU"/>
        </w:rPr>
        <w:tab/>
      </w:r>
      <w:r w:rsidRPr="002659F5">
        <w:rPr>
          <w:b/>
          <w:sz w:val="28"/>
          <w:szCs w:val="28"/>
          <w:lang w:val="ru-RU"/>
        </w:rPr>
        <w:tab/>
      </w:r>
      <w:r w:rsidRPr="002659F5">
        <w:rPr>
          <w:b/>
          <w:sz w:val="28"/>
          <w:szCs w:val="28"/>
          <w:lang w:val="ru-RU"/>
        </w:rPr>
        <w:tab/>
      </w:r>
      <w:r w:rsidRPr="002659F5">
        <w:rPr>
          <w:b/>
          <w:sz w:val="28"/>
          <w:szCs w:val="28"/>
          <w:lang w:val="ru-RU"/>
        </w:rPr>
        <w:tab/>
      </w:r>
      <w:r w:rsidRPr="002659F5">
        <w:rPr>
          <w:b/>
          <w:sz w:val="28"/>
          <w:szCs w:val="28"/>
          <w:lang w:val="ru-RU"/>
        </w:rPr>
        <w:tab/>
      </w:r>
      <w:r w:rsidRPr="002659F5">
        <w:rPr>
          <w:b/>
          <w:sz w:val="28"/>
          <w:szCs w:val="28"/>
          <w:lang w:val="ru-RU"/>
        </w:rPr>
        <w:tab/>
      </w:r>
      <w:r w:rsidRPr="002659F5">
        <w:rPr>
          <w:b/>
          <w:sz w:val="28"/>
          <w:szCs w:val="28"/>
          <w:lang w:val="ru-RU"/>
        </w:rPr>
        <w:tab/>
      </w:r>
      <w:r w:rsidR="00773194" w:rsidRPr="002659F5">
        <w:rPr>
          <w:sz w:val="28"/>
          <w:szCs w:val="28"/>
          <w:lang w:val="ru-RU"/>
        </w:rPr>
        <w:t xml:space="preserve">П. М. </w:t>
      </w:r>
      <w:proofErr w:type="spellStart"/>
      <w:r w:rsidR="00773194" w:rsidRPr="002659F5">
        <w:rPr>
          <w:sz w:val="28"/>
          <w:szCs w:val="28"/>
          <w:lang w:val="ru-RU"/>
        </w:rPr>
        <w:t>Борохович</w:t>
      </w:r>
      <w:proofErr w:type="spellEnd"/>
    </w:p>
    <w:p w:rsidR="00704B74" w:rsidRPr="002659F5" w:rsidRDefault="00704B74">
      <w:pPr>
        <w:rPr>
          <w:sz w:val="28"/>
          <w:szCs w:val="28"/>
          <w:lang w:val="ru-RU"/>
        </w:rPr>
      </w:pPr>
    </w:p>
    <w:sectPr w:rsidR="00704B74" w:rsidRPr="002659F5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59F5"/>
    <w:rsid w:val="0029639D"/>
    <w:rsid w:val="00326F90"/>
    <w:rsid w:val="00674244"/>
    <w:rsid w:val="00704B74"/>
    <w:rsid w:val="00773194"/>
    <w:rsid w:val="00AA1D8D"/>
    <w:rsid w:val="00B47730"/>
    <w:rsid w:val="00C57424"/>
    <w:rsid w:val="00CB0664"/>
    <w:rsid w:val="00ED51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773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731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773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731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7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96D7F7-5A25-4221-BCD8-31E310AD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пк</cp:lastModifiedBy>
  <cp:revision>6</cp:revision>
  <dcterms:created xsi:type="dcterms:W3CDTF">2013-12-23T23:15:00Z</dcterms:created>
  <dcterms:modified xsi:type="dcterms:W3CDTF">2026-09-14T12:05:00Z</dcterms:modified>
  <cp:category/>
</cp:coreProperties>
</file>