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F3" w:rsidRPr="008B7837" w:rsidRDefault="00992DF3" w:rsidP="00992DF3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8B7837">
        <w:rPr>
          <w:rFonts w:eastAsia="Times New Roman" w:cs="Times New Roman"/>
          <w:sz w:val="28"/>
          <w:szCs w:val="28"/>
          <w:lang w:val="uk-UA" w:eastAsia="ru-RU"/>
        </w:rPr>
        <w:t xml:space="preserve">ОПОРНИЙ ЗАКЛАД ЗАГАЛЬНОЇ СЕРЕДНЬОЇ ОСВІТИ </w:t>
      </w:r>
    </w:p>
    <w:p w:rsidR="00992DF3" w:rsidRPr="008B7837" w:rsidRDefault="00992DF3" w:rsidP="00992DF3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8B7837">
        <w:rPr>
          <w:rFonts w:eastAsia="Times New Roman" w:cs="Times New Roman"/>
          <w:sz w:val="28"/>
          <w:szCs w:val="28"/>
          <w:lang w:val="uk-UA" w:eastAsia="ru-RU"/>
        </w:rPr>
        <w:t>«ВЕЛИКОСОРОЧИНСЬКИЙ ЛІЦЕЙ ІМ. М. В. ГОГОЛЯ</w:t>
      </w:r>
    </w:p>
    <w:p w:rsidR="00992DF3" w:rsidRPr="008B7837" w:rsidRDefault="00992DF3" w:rsidP="00992DF3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8B7837">
        <w:rPr>
          <w:rFonts w:eastAsia="Times New Roman" w:cs="Times New Roman"/>
          <w:sz w:val="28"/>
          <w:szCs w:val="28"/>
          <w:lang w:val="uk-UA" w:eastAsia="ru-RU"/>
        </w:rPr>
        <w:t xml:space="preserve">ВЕЛИКОСОРОЧИНСЬКОЇ СІЛЬСЬКОЇ РАДИ </w:t>
      </w:r>
    </w:p>
    <w:p w:rsidR="00992DF3" w:rsidRPr="008B7837" w:rsidRDefault="00992DF3" w:rsidP="00992DF3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8B7837">
        <w:rPr>
          <w:rFonts w:eastAsia="Times New Roman" w:cs="Times New Roman"/>
          <w:sz w:val="28"/>
          <w:szCs w:val="28"/>
          <w:lang w:val="uk-UA" w:eastAsia="ru-RU"/>
        </w:rPr>
        <w:t>МИРГОРОДСЬКОГО РАЙОНУ ПОЛТАВСЬКОЇ ОБЛАСТІ»</w:t>
      </w:r>
    </w:p>
    <w:p w:rsidR="00992DF3" w:rsidRPr="008B7837" w:rsidRDefault="00992DF3" w:rsidP="00992DF3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</w:p>
    <w:p w:rsidR="00992DF3" w:rsidRPr="008B7837" w:rsidRDefault="00992DF3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8B7837" w:rsidRPr="008B7837" w:rsidRDefault="008B7837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8B7837" w:rsidRPr="008B7837" w:rsidRDefault="008B7837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8B7837" w:rsidRPr="008B7837" w:rsidRDefault="008B7837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F77F86" w:rsidRDefault="000C643B" w:rsidP="00172F9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u-RU"/>
        </w:rPr>
      </w:pPr>
      <w:r w:rsidRPr="008B7837">
        <w:rPr>
          <w:rFonts w:cs="Times New Roman"/>
          <w:b/>
          <w:sz w:val="28"/>
          <w:szCs w:val="28"/>
          <w:lang w:val="ru-RU"/>
        </w:rPr>
        <w:t>ЗВІТ</w:t>
      </w:r>
      <w:r w:rsidRPr="008B7837">
        <w:rPr>
          <w:rFonts w:cs="Times New Roman"/>
          <w:b/>
          <w:sz w:val="28"/>
          <w:szCs w:val="28"/>
          <w:lang w:val="ru-RU"/>
        </w:rPr>
        <w:br/>
        <w:t xml:space="preserve">про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результати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оцінки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безбар’єрності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прилеглої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території</w:t>
      </w:r>
      <w:proofErr w:type="spellEnd"/>
    </w:p>
    <w:p w:rsidR="00172F97" w:rsidRPr="008B7837" w:rsidRDefault="00172F97" w:rsidP="00172F97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  <w:r w:rsidRPr="002659F5">
        <w:rPr>
          <w:b/>
          <w:sz w:val="28"/>
          <w:szCs w:val="28"/>
          <w:lang w:val="ru-RU"/>
        </w:rPr>
        <w:t xml:space="preserve">про </w:t>
      </w:r>
      <w:proofErr w:type="spellStart"/>
      <w:r w:rsidRPr="002659F5">
        <w:rPr>
          <w:b/>
          <w:sz w:val="28"/>
          <w:szCs w:val="28"/>
          <w:lang w:val="ru-RU"/>
        </w:rPr>
        <w:t>виконання</w:t>
      </w:r>
      <w:proofErr w:type="spellEnd"/>
      <w:r w:rsidRPr="002659F5">
        <w:rPr>
          <w:b/>
          <w:sz w:val="28"/>
          <w:szCs w:val="28"/>
          <w:lang w:val="ru-RU"/>
        </w:rPr>
        <w:t xml:space="preserve"> заходу</w:t>
      </w:r>
      <w:r w:rsidRPr="00ED5195">
        <w:rPr>
          <w:rFonts w:cs="Times New Roman"/>
          <w:b/>
          <w:sz w:val="28"/>
          <w:szCs w:val="28"/>
          <w:lang w:val="uk-UA"/>
        </w:rPr>
        <w:t xml:space="preserve"> </w:t>
      </w:r>
      <w:r w:rsidRPr="00ED5195">
        <w:rPr>
          <w:b/>
          <w:sz w:val="28"/>
          <w:szCs w:val="28"/>
          <w:lang w:val="uk-UA"/>
        </w:rPr>
        <w:t>згідно форми №</w:t>
      </w:r>
      <w:r>
        <w:rPr>
          <w:b/>
          <w:sz w:val="28"/>
          <w:szCs w:val="28"/>
          <w:lang w:val="uk-UA"/>
        </w:rPr>
        <w:t>11.17.н</w:t>
      </w:r>
      <w:r w:rsidR="003C4894">
        <w:rPr>
          <w:b/>
          <w:sz w:val="28"/>
          <w:szCs w:val="28"/>
          <w:lang w:val="uk-UA"/>
        </w:rPr>
        <w:t>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F77F86" w:rsidRPr="008B7837" w:rsidTr="00863146">
        <w:trPr>
          <w:jc w:val="center"/>
        </w:trPr>
        <w:tc>
          <w:tcPr>
            <w:tcW w:w="4844" w:type="dxa"/>
            <w:shd w:val="clear" w:color="auto" w:fill="auto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8B7837">
              <w:rPr>
                <w:rFonts w:cs="Times New Roman"/>
                <w:sz w:val="28"/>
                <w:szCs w:val="28"/>
              </w:rPr>
              <w:t>Захід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4844" w:type="dxa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</w:rPr>
            </w:pPr>
            <w:r w:rsidRPr="008B7837">
              <w:rPr>
                <w:rFonts w:cs="Times New Roman"/>
                <w:sz w:val="28"/>
                <w:szCs w:val="28"/>
              </w:rPr>
              <w:t xml:space="preserve">11.17.н)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проведення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оцінки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безбар’єрності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прилеглої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території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закладів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освіти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усіх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рівнів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де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навчаються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діти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з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особливими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освітніми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потребами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особи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з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інвалідністю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та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інші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маломобільні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групи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населення</w:t>
            </w:r>
            <w:proofErr w:type="spellEnd"/>
          </w:p>
        </w:tc>
      </w:tr>
      <w:tr w:rsidR="00F77F86" w:rsidRPr="008B7837" w:rsidTr="00863146">
        <w:trPr>
          <w:jc w:val="center"/>
        </w:trPr>
        <w:tc>
          <w:tcPr>
            <w:tcW w:w="4844" w:type="dxa"/>
            <w:shd w:val="clear" w:color="auto" w:fill="auto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8B7837">
              <w:rPr>
                <w:rFonts w:cs="Times New Roman"/>
                <w:sz w:val="28"/>
                <w:szCs w:val="28"/>
              </w:rPr>
              <w:t>Статус</w:t>
            </w:r>
            <w:proofErr w:type="spellEnd"/>
          </w:p>
        </w:tc>
        <w:tc>
          <w:tcPr>
            <w:tcW w:w="4844" w:type="dxa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8B7837">
              <w:rPr>
                <w:rFonts w:cs="Times New Roman"/>
                <w:sz w:val="28"/>
                <w:szCs w:val="28"/>
              </w:rPr>
              <w:t>Виконується</w:t>
            </w:r>
            <w:proofErr w:type="spellEnd"/>
          </w:p>
        </w:tc>
      </w:tr>
      <w:tr w:rsidR="00F77F86" w:rsidRPr="008B7837" w:rsidTr="00863146">
        <w:trPr>
          <w:jc w:val="center"/>
        </w:trPr>
        <w:tc>
          <w:tcPr>
            <w:tcW w:w="4844" w:type="dxa"/>
            <w:shd w:val="clear" w:color="auto" w:fill="auto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8B7837">
              <w:rPr>
                <w:rFonts w:cs="Times New Roman"/>
                <w:sz w:val="28"/>
                <w:szCs w:val="28"/>
              </w:rPr>
              <w:t>Періодичність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звітування</w:t>
            </w:r>
            <w:proofErr w:type="spellEnd"/>
          </w:p>
        </w:tc>
        <w:tc>
          <w:tcPr>
            <w:tcW w:w="4844" w:type="dxa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8B7837">
              <w:rPr>
                <w:rFonts w:cs="Times New Roman"/>
                <w:sz w:val="28"/>
                <w:szCs w:val="28"/>
              </w:rPr>
              <w:t>щокварталу</w:t>
            </w:r>
            <w:proofErr w:type="spellEnd"/>
          </w:p>
        </w:tc>
      </w:tr>
      <w:tr w:rsidR="00F77F86" w:rsidRPr="00720DB0" w:rsidTr="00863146">
        <w:trPr>
          <w:jc w:val="center"/>
        </w:trPr>
        <w:tc>
          <w:tcPr>
            <w:tcW w:w="4844" w:type="dxa"/>
            <w:shd w:val="clear" w:color="auto" w:fill="auto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8B7837">
              <w:rPr>
                <w:rFonts w:cs="Times New Roman"/>
                <w:sz w:val="28"/>
                <w:szCs w:val="28"/>
              </w:rPr>
              <w:t>Очікуваний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продукт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індикатор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  <w:r w:rsidRPr="008B7837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4844" w:type="dxa"/>
          </w:tcPr>
          <w:p w:rsidR="00F77F86" w:rsidRPr="008B7837" w:rsidRDefault="000C643B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8B7837">
              <w:rPr>
                <w:rFonts w:cs="Times New Roman"/>
                <w:sz w:val="28"/>
                <w:szCs w:val="28"/>
                <w:lang w:val="ru-RU"/>
              </w:rPr>
              <w:t>опубліковано</w:t>
            </w:r>
            <w:proofErr w:type="spellEnd"/>
            <w:r w:rsidRPr="008B783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  <w:lang w:val="ru-RU"/>
              </w:rPr>
              <w:t>звіт</w:t>
            </w:r>
            <w:proofErr w:type="spellEnd"/>
            <w:r w:rsidRPr="008B7837">
              <w:rPr>
                <w:rFonts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8B7837"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 w:rsidRPr="008B783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8B783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837">
              <w:rPr>
                <w:rFonts w:cs="Times New Roman"/>
                <w:sz w:val="28"/>
                <w:szCs w:val="28"/>
                <w:lang w:val="ru-RU"/>
              </w:rPr>
              <w:t>оцінки</w:t>
            </w:r>
            <w:proofErr w:type="spellEnd"/>
          </w:p>
        </w:tc>
      </w:tr>
    </w:tbl>
    <w:p w:rsidR="00F77F86" w:rsidRPr="008B7837" w:rsidRDefault="000C643B" w:rsidP="00720DB0">
      <w:pPr>
        <w:pStyle w:val="21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1.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Стислий</w:t>
      </w:r>
      <w:proofErr w:type="spell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опис</w:t>
      </w:r>
      <w:proofErr w:type="spell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виконаного</w:t>
      </w:r>
      <w:proofErr w:type="spell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заходу</w:t>
      </w:r>
    </w:p>
    <w:p w:rsidR="00F77F86" w:rsidRPr="008B7837" w:rsidRDefault="000C643B" w:rsidP="00863146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837">
        <w:rPr>
          <w:rFonts w:cs="Times New Roman"/>
          <w:sz w:val="28"/>
          <w:szCs w:val="28"/>
          <w:lang w:val="ru-RU"/>
        </w:rPr>
        <w:t xml:space="preserve">Проведено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первинну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оцінку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доступності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8B7837">
        <w:rPr>
          <w:rFonts w:cs="Times New Roman"/>
          <w:sz w:val="28"/>
          <w:szCs w:val="28"/>
          <w:lang w:val="ru-RU"/>
        </w:rPr>
        <w:t>п</w:t>
      </w:r>
      <w:proofErr w:type="gramEnd"/>
      <w:r w:rsidRPr="008B7837">
        <w:rPr>
          <w:rFonts w:cs="Times New Roman"/>
          <w:sz w:val="28"/>
          <w:szCs w:val="28"/>
          <w:lang w:val="ru-RU"/>
        </w:rPr>
        <w:t>ідходів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до закладу</w:t>
      </w:r>
      <w:r w:rsidR="001049AB" w:rsidRPr="008B7837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="001049AB" w:rsidRPr="008B7837">
        <w:rPr>
          <w:rFonts w:cs="Times New Roman"/>
          <w:sz w:val="28"/>
          <w:szCs w:val="28"/>
          <w:lang w:val="ru-RU"/>
        </w:rPr>
        <w:t>наявних</w:t>
      </w:r>
      <w:proofErr w:type="spellEnd"/>
      <w:r w:rsidR="001049AB"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1049AB" w:rsidRPr="008B7837">
        <w:rPr>
          <w:rFonts w:cs="Times New Roman"/>
          <w:sz w:val="28"/>
          <w:szCs w:val="28"/>
          <w:lang w:val="ru-RU"/>
        </w:rPr>
        <w:t>елементів</w:t>
      </w:r>
      <w:proofErr w:type="spellEnd"/>
      <w:r w:rsidR="001049AB" w:rsidRPr="008B7837">
        <w:rPr>
          <w:rFonts w:cs="Times New Roman"/>
          <w:sz w:val="28"/>
          <w:szCs w:val="28"/>
          <w:lang w:val="ru-RU"/>
        </w:rPr>
        <w:t xml:space="preserve"> маршруту.</w:t>
      </w:r>
    </w:p>
    <w:p w:rsidR="00F77F86" w:rsidRPr="008B7837" w:rsidRDefault="000C643B" w:rsidP="00720DB0">
      <w:pPr>
        <w:pStyle w:val="21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2.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Результати</w:t>
      </w:r>
      <w:proofErr w:type="spell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оцінки</w:t>
      </w:r>
      <w:proofErr w:type="spell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gram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фактичного</w:t>
      </w:r>
      <w:proofErr w:type="gram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стану</w:t>
      </w:r>
    </w:p>
    <w:p w:rsidR="00F77F86" w:rsidRPr="008B7837" w:rsidRDefault="000C643B" w:rsidP="00863146">
      <w:pPr>
        <w:pStyle w:val="a0"/>
        <w:numPr>
          <w:ilvl w:val="0"/>
          <w:numId w:val="0"/>
        </w:numPr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837">
        <w:rPr>
          <w:rFonts w:cs="Times New Roman"/>
          <w:sz w:val="28"/>
          <w:szCs w:val="28"/>
          <w:lang w:val="ru-RU"/>
        </w:rPr>
        <w:t xml:space="preserve">Пандус на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першому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поверсі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є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наявним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елементом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безбар’єрного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маршруту.</w:t>
      </w:r>
    </w:p>
    <w:p w:rsidR="00F77F86" w:rsidRPr="008B7837" w:rsidRDefault="000C643B" w:rsidP="00720DB0">
      <w:pPr>
        <w:pStyle w:val="21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3.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Виявлені</w:t>
      </w:r>
      <w:proofErr w:type="spell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потреби та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по</w:t>
      </w:r>
      <w:bookmarkStart w:id="0" w:name="_GoBack"/>
      <w:bookmarkEnd w:id="0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дальші</w:t>
      </w:r>
      <w:proofErr w:type="spellEnd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ascii="Times New Roman" w:hAnsi="Times New Roman" w:cs="Times New Roman"/>
          <w:color w:val="auto"/>
          <w:sz w:val="28"/>
          <w:szCs w:val="28"/>
          <w:lang w:val="ru-RU"/>
        </w:rPr>
        <w:t>дії</w:t>
      </w:r>
      <w:proofErr w:type="spellEnd"/>
    </w:p>
    <w:p w:rsidR="00F77F86" w:rsidRPr="008B7837" w:rsidRDefault="000C643B" w:rsidP="00863146">
      <w:pPr>
        <w:pStyle w:val="a0"/>
        <w:numPr>
          <w:ilvl w:val="0"/>
          <w:numId w:val="0"/>
        </w:numPr>
        <w:ind w:left="360" w:firstLine="709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8B7837">
        <w:rPr>
          <w:rFonts w:cs="Times New Roman"/>
          <w:sz w:val="28"/>
          <w:szCs w:val="28"/>
          <w:lang w:val="ru-RU"/>
        </w:rPr>
        <w:t>Здійснити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фотофіксацію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основного маршруту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від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прилеглої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території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gramStart"/>
      <w:r w:rsidRPr="008B7837">
        <w:rPr>
          <w:rFonts w:cs="Times New Roman"/>
          <w:sz w:val="28"/>
          <w:szCs w:val="28"/>
          <w:lang w:val="ru-RU"/>
        </w:rPr>
        <w:t>до</w:t>
      </w:r>
      <w:proofErr w:type="gramEnd"/>
      <w:r w:rsidRPr="008B7837">
        <w:rPr>
          <w:rFonts w:cs="Times New Roman"/>
          <w:sz w:val="28"/>
          <w:szCs w:val="28"/>
          <w:lang w:val="ru-RU"/>
        </w:rPr>
        <w:t xml:space="preserve"> входу.</w:t>
      </w:r>
    </w:p>
    <w:p w:rsidR="00F77F86" w:rsidRDefault="000C643B" w:rsidP="00552ECA">
      <w:pPr>
        <w:pStyle w:val="a0"/>
        <w:numPr>
          <w:ilvl w:val="0"/>
          <w:numId w:val="0"/>
        </w:numPr>
        <w:spacing w:after="0" w:line="240" w:lineRule="auto"/>
        <w:ind w:left="360" w:firstLine="709"/>
        <w:jc w:val="both"/>
        <w:rPr>
          <w:rFonts w:cs="Times New Roman"/>
          <w:sz w:val="28"/>
          <w:szCs w:val="28"/>
          <w:lang w:val="ru-RU"/>
        </w:rPr>
      </w:pPr>
      <w:r w:rsidRPr="008B7837">
        <w:rPr>
          <w:rFonts w:cs="Times New Roman"/>
          <w:sz w:val="28"/>
          <w:szCs w:val="28"/>
          <w:lang w:val="ru-RU"/>
        </w:rPr>
        <w:t xml:space="preserve">За результатами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огляду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визначити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конкретні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бар’єри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8B7837">
        <w:rPr>
          <w:rFonts w:cs="Times New Roman"/>
          <w:sz w:val="28"/>
          <w:szCs w:val="28"/>
          <w:lang w:val="ru-RU"/>
        </w:rPr>
        <w:t>можливі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заходи для </w:t>
      </w:r>
      <w:proofErr w:type="spellStart"/>
      <w:r w:rsidRPr="008B7837">
        <w:rPr>
          <w:rFonts w:cs="Times New Roman"/>
          <w:sz w:val="28"/>
          <w:szCs w:val="28"/>
          <w:lang w:val="ru-RU"/>
        </w:rPr>
        <w:t>їх</w:t>
      </w:r>
      <w:proofErr w:type="spellEnd"/>
      <w:r w:rsidRPr="008B783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sz w:val="28"/>
          <w:szCs w:val="28"/>
          <w:lang w:val="ru-RU"/>
        </w:rPr>
        <w:t>усунення</w:t>
      </w:r>
      <w:proofErr w:type="spellEnd"/>
      <w:r w:rsidRPr="008B7837">
        <w:rPr>
          <w:rFonts w:cs="Times New Roman"/>
          <w:sz w:val="28"/>
          <w:szCs w:val="28"/>
          <w:lang w:val="ru-RU"/>
        </w:rPr>
        <w:t>.</w:t>
      </w:r>
    </w:p>
    <w:p w:rsidR="008B7837" w:rsidRDefault="008B7837" w:rsidP="00552ECA">
      <w:pPr>
        <w:pStyle w:val="a0"/>
        <w:numPr>
          <w:ilvl w:val="0"/>
          <w:numId w:val="0"/>
        </w:numPr>
        <w:spacing w:after="0" w:line="240" w:lineRule="auto"/>
        <w:ind w:left="360" w:firstLine="709"/>
        <w:jc w:val="both"/>
        <w:rPr>
          <w:rFonts w:cs="Times New Roman"/>
          <w:sz w:val="28"/>
          <w:szCs w:val="28"/>
          <w:lang w:val="ru-RU"/>
        </w:rPr>
      </w:pPr>
    </w:p>
    <w:p w:rsidR="008B7837" w:rsidRDefault="008B7837" w:rsidP="00552ECA">
      <w:pPr>
        <w:pStyle w:val="a0"/>
        <w:numPr>
          <w:ilvl w:val="0"/>
          <w:numId w:val="0"/>
        </w:numPr>
        <w:spacing w:after="0" w:line="240" w:lineRule="auto"/>
        <w:ind w:left="360" w:firstLine="709"/>
        <w:jc w:val="both"/>
        <w:rPr>
          <w:rFonts w:cs="Times New Roman"/>
          <w:sz w:val="28"/>
          <w:szCs w:val="28"/>
          <w:lang w:val="ru-RU"/>
        </w:rPr>
      </w:pPr>
    </w:p>
    <w:p w:rsidR="008B7837" w:rsidRPr="008B7837" w:rsidRDefault="008B7837" w:rsidP="00552ECA">
      <w:pPr>
        <w:pStyle w:val="a0"/>
        <w:numPr>
          <w:ilvl w:val="0"/>
          <w:numId w:val="0"/>
        </w:numPr>
        <w:spacing w:after="0" w:line="240" w:lineRule="auto"/>
        <w:ind w:left="360" w:firstLine="709"/>
        <w:jc w:val="both"/>
        <w:rPr>
          <w:rFonts w:cs="Times New Roman"/>
          <w:sz w:val="28"/>
          <w:szCs w:val="28"/>
          <w:lang w:val="ru-RU"/>
        </w:rPr>
      </w:pPr>
    </w:p>
    <w:p w:rsidR="00F77F86" w:rsidRPr="008B7837" w:rsidRDefault="000C643B" w:rsidP="00552ECA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u-RU"/>
        </w:rPr>
      </w:pPr>
      <w:proofErr w:type="spellStart"/>
      <w:r w:rsidRPr="008B7837">
        <w:rPr>
          <w:rFonts w:cs="Times New Roman"/>
          <w:b/>
          <w:sz w:val="28"/>
          <w:szCs w:val="28"/>
          <w:lang w:val="ru-RU"/>
        </w:rPr>
        <w:lastRenderedPageBreak/>
        <w:t>Загальний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вигляд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при</w:t>
      </w:r>
      <w:r w:rsidR="009446C6" w:rsidRPr="008B7837">
        <w:rPr>
          <w:rFonts w:cs="Times New Roman"/>
          <w:b/>
          <w:sz w:val="28"/>
          <w:szCs w:val="28"/>
          <w:lang w:val="ru-RU"/>
        </w:rPr>
        <w:t>леглої</w:t>
      </w:r>
      <w:proofErr w:type="spellEnd"/>
      <w:r w:rsidR="009446C6"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="009446C6" w:rsidRPr="008B7837">
        <w:rPr>
          <w:rFonts w:cs="Times New Roman"/>
          <w:b/>
          <w:sz w:val="28"/>
          <w:szCs w:val="28"/>
          <w:lang w:val="ru-RU"/>
        </w:rPr>
        <w:t>території</w:t>
      </w:r>
      <w:proofErr w:type="spellEnd"/>
      <w:r w:rsidR="009446C6" w:rsidRPr="008B7837">
        <w:rPr>
          <w:rFonts w:cs="Times New Roman"/>
          <w:b/>
          <w:sz w:val="28"/>
          <w:szCs w:val="28"/>
          <w:lang w:val="ru-RU"/>
        </w:rPr>
        <w:t xml:space="preserve"> перед закладом</w:t>
      </w:r>
    </w:p>
    <w:p w:rsidR="00F77F86" w:rsidRPr="008B7837" w:rsidRDefault="004E3394" w:rsidP="009446C6">
      <w:pPr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3810000" cy="5080000"/>
            <wp:effectExtent l="0" t="0" r="0" b="6350"/>
            <wp:docPr id="2" name="Рисунок 2" descr="C:\Users\пк\Desktop\Фото безбарєрність\IMG_38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о безбарєрність\IMG_382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89" cy="508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837" w:rsidRPr="008B7837" w:rsidRDefault="004E3394" w:rsidP="004E3394">
      <w:pPr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652F3A8E" wp14:editId="5FE639B8">
            <wp:extent cx="4622801" cy="3467100"/>
            <wp:effectExtent l="0" t="0" r="6350" b="0"/>
            <wp:docPr id="3" name="Рисунок 3" descr="C:\Users\пк\Desktop\Фото безбарєрність\IMG_38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о безбарєрність\IMG_3827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041" cy="347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6C6" w:rsidRDefault="000C643B" w:rsidP="008B783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u-RU"/>
        </w:rPr>
      </w:pPr>
      <w:r w:rsidRPr="008B7837">
        <w:rPr>
          <w:rFonts w:cs="Times New Roman"/>
          <w:b/>
          <w:sz w:val="28"/>
          <w:szCs w:val="28"/>
          <w:lang w:val="ru-RU"/>
        </w:rPr>
        <w:lastRenderedPageBreak/>
        <w:t>Тротуар/</w:t>
      </w:r>
      <w:proofErr w:type="spellStart"/>
      <w:proofErr w:type="gramStart"/>
      <w:r w:rsidRPr="008B7837">
        <w:rPr>
          <w:rFonts w:cs="Times New Roman"/>
          <w:b/>
          <w:sz w:val="28"/>
          <w:szCs w:val="28"/>
          <w:lang w:val="ru-RU"/>
        </w:rPr>
        <w:t>п</w:t>
      </w:r>
      <w:proofErr w:type="gramEnd"/>
      <w:r w:rsidRPr="008B7837">
        <w:rPr>
          <w:rFonts w:cs="Times New Roman"/>
          <w:b/>
          <w:sz w:val="28"/>
          <w:szCs w:val="28"/>
          <w:lang w:val="ru-RU"/>
        </w:rPr>
        <w:t>ішохі</w:t>
      </w:r>
      <w:r w:rsidR="009446C6" w:rsidRPr="008B7837">
        <w:rPr>
          <w:rFonts w:cs="Times New Roman"/>
          <w:b/>
          <w:sz w:val="28"/>
          <w:szCs w:val="28"/>
          <w:lang w:val="ru-RU"/>
        </w:rPr>
        <w:t>дний</w:t>
      </w:r>
      <w:proofErr w:type="spellEnd"/>
      <w:r w:rsidR="009446C6" w:rsidRPr="008B7837">
        <w:rPr>
          <w:rFonts w:cs="Times New Roman"/>
          <w:b/>
          <w:sz w:val="28"/>
          <w:szCs w:val="28"/>
          <w:lang w:val="ru-RU"/>
        </w:rPr>
        <w:t xml:space="preserve"> маршрут до основного входу</w:t>
      </w:r>
    </w:p>
    <w:p w:rsidR="008B7837" w:rsidRPr="008B7837" w:rsidRDefault="004E3394" w:rsidP="008B783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391025" cy="3293269"/>
            <wp:effectExtent l="0" t="0" r="0" b="2540"/>
            <wp:docPr id="4" name="Рисунок 4" descr="C:\Users\пк\Desktop\Фото безбарєрність\IMG_38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о безбарєрність\IMG_3830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654" cy="329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6C6" w:rsidRPr="008B7837" w:rsidRDefault="009446C6" w:rsidP="009446C6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</w:p>
    <w:p w:rsidR="009446C6" w:rsidRPr="008B7837" w:rsidRDefault="009446C6" w:rsidP="009446C6">
      <w:pPr>
        <w:spacing w:after="0" w:line="240" w:lineRule="auto"/>
        <w:contextualSpacing/>
        <w:rPr>
          <w:rFonts w:cs="Times New Roman"/>
          <w:sz w:val="28"/>
          <w:szCs w:val="28"/>
          <w:lang w:val="ru-RU"/>
        </w:rPr>
      </w:pPr>
    </w:p>
    <w:p w:rsidR="008B7837" w:rsidRDefault="004E3394" w:rsidP="004E3394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5373AA20" wp14:editId="17527301">
            <wp:extent cx="2971800" cy="3962400"/>
            <wp:effectExtent l="0" t="0" r="0" b="0"/>
            <wp:docPr id="5" name="Рисунок 5" descr="C:\Users\пк\Desktop\Фото безбарєрність\IMG_37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Фото безбарєрність\IMG_377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337" cy="396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1C" w:rsidRDefault="0043251C" w:rsidP="004E3394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</w:p>
    <w:p w:rsidR="0043251C" w:rsidRDefault="0043251C" w:rsidP="004E3394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</w:p>
    <w:p w:rsidR="0043251C" w:rsidRDefault="0043251C" w:rsidP="004E3394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</w:p>
    <w:p w:rsidR="0043251C" w:rsidRDefault="0043251C" w:rsidP="004E3394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</w:p>
    <w:p w:rsidR="0043251C" w:rsidRPr="008B7837" w:rsidRDefault="0043251C" w:rsidP="004E3394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u-RU"/>
        </w:rPr>
      </w:pPr>
    </w:p>
    <w:p w:rsidR="00F77F86" w:rsidRPr="008B7837" w:rsidRDefault="000C643B" w:rsidP="00552ECA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u-RU"/>
        </w:rPr>
      </w:pPr>
      <w:proofErr w:type="spellStart"/>
      <w:r w:rsidRPr="008B7837">
        <w:rPr>
          <w:rFonts w:cs="Times New Roman"/>
          <w:b/>
          <w:sz w:val="28"/>
          <w:szCs w:val="28"/>
          <w:lang w:val="ru-RU"/>
        </w:rPr>
        <w:lastRenderedPageBreak/>
        <w:t>Бордюри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, перепади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ви</w:t>
      </w:r>
      <w:r w:rsidR="00552ECA" w:rsidRPr="008B7837">
        <w:rPr>
          <w:rFonts w:cs="Times New Roman"/>
          <w:b/>
          <w:sz w:val="28"/>
          <w:szCs w:val="28"/>
          <w:lang w:val="ru-RU"/>
        </w:rPr>
        <w:t>соти</w:t>
      </w:r>
      <w:proofErr w:type="spellEnd"/>
      <w:r w:rsidR="00552ECA" w:rsidRPr="008B7837">
        <w:rPr>
          <w:rFonts w:cs="Times New Roman"/>
          <w:b/>
          <w:sz w:val="28"/>
          <w:szCs w:val="28"/>
          <w:lang w:val="ru-RU"/>
        </w:rPr>
        <w:t xml:space="preserve"> та </w:t>
      </w:r>
      <w:proofErr w:type="spellStart"/>
      <w:r w:rsidR="00552ECA" w:rsidRPr="008B7837">
        <w:rPr>
          <w:rFonts w:cs="Times New Roman"/>
          <w:b/>
          <w:sz w:val="28"/>
          <w:szCs w:val="28"/>
          <w:lang w:val="ru-RU"/>
        </w:rPr>
        <w:t>інші</w:t>
      </w:r>
      <w:proofErr w:type="spellEnd"/>
      <w:r w:rsidR="00552ECA"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="00552ECA" w:rsidRPr="008B7837">
        <w:rPr>
          <w:rFonts w:cs="Times New Roman"/>
          <w:b/>
          <w:sz w:val="28"/>
          <w:szCs w:val="28"/>
          <w:lang w:val="ru-RU"/>
        </w:rPr>
        <w:t>потенційні</w:t>
      </w:r>
      <w:proofErr w:type="spellEnd"/>
      <w:r w:rsidR="00552ECA"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="00552ECA" w:rsidRPr="008B7837">
        <w:rPr>
          <w:rFonts w:cs="Times New Roman"/>
          <w:b/>
          <w:sz w:val="28"/>
          <w:szCs w:val="28"/>
          <w:lang w:val="ru-RU"/>
        </w:rPr>
        <w:t>бар’єри</w:t>
      </w:r>
      <w:proofErr w:type="spellEnd"/>
    </w:p>
    <w:p w:rsidR="00F77F86" w:rsidRPr="008B7837" w:rsidRDefault="00F77F8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F77F86" w:rsidRPr="008B7837" w:rsidRDefault="004E3394" w:rsidP="009B0B44">
      <w:pPr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2828925" cy="3771900"/>
            <wp:effectExtent l="0" t="0" r="9525" b="0"/>
            <wp:docPr id="6" name="Рисунок 6" descr="C:\Users\пк\Desktop\Фото безбарєрність\IMG_37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Фото безбарєрність\IMG_3769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936" cy="377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837" w:rsidRPr="008B7837" w:rsidRDefault="0043251C" w:rsidP="0043251C">
      <w:pPr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4AF50941" wp14:editId="3570CD78">
            <wp:extent cx="3255169" cy="4340225"/>
            <wp:effectExtent l="0" t="0" r="2540" b="3175"/>
            <wp:docPr id="7" name="Рисунок 7" descr="C:\Users\пк\Desktop\Фото безбарєрність\IMG_37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Фото безбарєрність\IMG_377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757" cy="43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F86" w:rsidRPr="008B7837" w:rsidRDefault="000C643B" w:rsidP="009B0B44">
      <w:pPr>
        <w:jc w:val="center"/>
        <w:rPr>
          <w:rFonts w:cs="Times New Roman"/>
          <w:b/>
          <w:sz w:val="28"/>
          <w:szCs w:val="28"/>
          <w:lang w:val="ru-RU"/>
        </w:rPr>
      </w:pPr>
      <w:proofErr w:type="spellStart"/>
      <w:r w:rsidRPr="008B7837">
        <w:rPr>
          <w:rFonts w:cs="Times New Roman"/>
          <w:b/>
          <w:sz w:val="28"/>
          <w:szCs w:val="28"/>
          <w:lang w:val="ru-RU"/>
        </w:rPr>
        <w:lastRenderedPageBreak/>
        <w:t>Основний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вхід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</w:t>
      </w:r>
      <w:proofErr w:type="gramStart"/>
      <w:r w:rsidRPr="008B7837">
        <w:rPr>
          <w:rFonts w:cs="Times New Roman"/>
          <w:b/>
          <w:sz w:val="28"/>
          <w:szCs w:val="28"/>
          <w:lang w:val="ru-RU"/>
        </w:rPr>
        <w:t>до</w:t>
      </w:r>
      <w:proofErr w:type="gramEnd"/>
      <w:r w:rsidRPr="008B7837">
        <w:rPr>
          <w:rFonts w:cs="Times New Roman"/>
          <w:b/>
          <w:sz w:val="28"/>
          <w:szCs w:val="28"/>
          <w:lang w:val="ru-RU"/>
        </w:rPr>
        <w:t xml:space="preserve"> за</w:t>
      </w:r>
      <w:r w:rsidR="009B0B44" w:rsidRPr="008B7837">
        <w:rPr>
          <w:rFonts w:cs="Times New Roman"/>
          <w:b/>
          <w:sz w:val="28"/>
          <w:szCs w:val="28"/>
          <w:lang w:val="ru-RU"/>
        </w:rPr>
        <w:t>кладу</w:t>
      </w:r>
    </w:p>
    <w:p w:rsidR="00F77F86" w:rsidRPr="008B7837" w:rsidRDefault="0043251C" w:rsidP="008B783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3400425" cy="4533900"/>
            <wp:effectExtent l="0" t="0" r="9525" b="0"/>
            <wp:docPr id="8" name="Рисунок 8" descr="C:\Users\пк\Desktop\Фото безбарєрність\IMG_37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Фото безбарєрність\IMG_377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242" cy="453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F86" w:rsidRPr="008B7837" w:rsidRDefault="009B0B44" w:rsidP="009B0B44">
      <w:pPr>
        <w:jc w:val="center"/>
        <w:rPr>
          <w:rFonts w:cs="Times New Roman"/>
          <w:b/>
          <w:sz w:val="28"/>
          <w:szCs w:val="28"/>
          <w:lang w:val="ru-RU"/>
        </w:rPr>
      </w:pPr>
      <w:r w:rsidRPr="008B7837">
        <w:rPr>
          <w:rFonts w:cs="Times New Roman"/>
          <w:b/>
          <w:sz w:val="28"/>
          <w:szCs w:val="28"/>
          <w:lang w:val="ru-RU"/>
        </w:rPr>
        <w:t xml:space="preserve">Пандус та </w:t>
      </w:r>
      <w:proofErr w:type="spellStart"/>
      <w:proofErr w:type="gramStart"/>
      <w:r w:rsidRPr="008B7837">
        <w:rPr>
          <w:rFonts w:cs="Times New Roman"/>
          <w:b/>
          <w:sz w:val="28"/>
          <w:szCs w:val="28"/>
          <w:lang w:val="ru-RU"/>
        </w:rPr>
        <w:t>п</w:t>
      </w:r>
      <w:proofErr w:type="gramEnd"/>
      <w:r w:rsidRPr="008B7837">
        <w:rPr>
          <w:rFonts w:cs="Times New Roman"/>
          <w:b/>
          <w:sz w:val="28"/>
          <w:szCs w:val="28"/>
          <w:lang w:val="ru-RU"/>
        </w:rPr>
        <w:t>ідхід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до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нього</w:t>
      </w:r>
      <w:proofErr w:type="spellEnd"/>
    </w:p>
    <w:p w:rsidR="00F77F86" w:rsidRPr="008B7837" w:rsidRDefault="0043251C">
      <w:pPr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162425" cy="3121819"/>
            <wp:effectExtent l="0" t="0" r="0" b="2540"/>
            <wp:docPr id="9" name="Рисунок 9" descr="C:\Users\пк\Desktop\Фото безбарєрність\IMG_37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Фото безбарєрність\IMG_377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865" cy="312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43B" w:rsidRPr="008B7837" w:rsidRDefault="000C643B" w:rsidP="008B7837">
      <w:pPr>
        <w:jc w:val="center"/>
        <w:rPr>
          <w:rFonts w:cs="Times New Roman"/>
          <w:sz w:val="28"/>
          <w:szCs w:val="28"/>
          <w:lang w:val="ru-RU"/>
        </w:rPr>
      </w:pPr>
    </w:p>
    <w:p w:rsidR="0043251C" w:rsidRDefault="0043251C" w:rsidP="000C643B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3226594" cy="4302125"/>
            <wp:effectExtent l="0" t="0" r="0" b="3175"/>
            <wp:docPr id="15" name="Рисунок 15" descr="C:\Users\пк\Desktop\Фото безбарєрність\IMG_37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Фото безбарєрність\IMG_3779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177" cy="430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F86" w:rsidRPr="0043251C" w:rsidRDefault="000C643B" w:rsidP="0043251C">
      <w:pPr>
        <w:jc w:val="center"/>
        <w:rPr>
          <w:rFonts w:cs="Times New Roman"/>
          <w:b/>
          <w:sz w:val="28"/>
          <w:szCs w:val="28"/>
          <w:lang w:val="ru-RU"/>
        </w:rPr>
      </w:pPr>
      <w:r w:rsidRPr="008B7837">
        <w:rPr>
          <w:rFonts w:cs="Times New Roman"/>
          <w:b/>
          <w:sz w:val="28"/>
          <w:szCs w:val="28"/>
          <w:lang w:val="ru-RU"/>
        </w:rPr>
        <w:t xml:space="preserve">Маршрут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від</w:t>
      </w:r>
      <w:proofErr w:type="spellEnd"/>
      <w:r w:rsidRPr="008B7837">
        <w:rPr>
          <w:rFonts w:cs="Times New Roman"/>
          <w:b/>
          <w:sz w:val="28"/>
          <w:szCs w:val="28"/>
          <w:lang w:val="ru-RU"/>
        </w:rPr>
        <w:t xml:space="preserve"> закладу до </w:t>
      </w:r>
      <w:proofErr w:type="spellStart"/>
      <w:r w:rsidRPr="008B7837">
        <w:rPr>
          <w:rFonts w:cs="Times New Roman"/>
          <w:b/>
          <w:sz w:val="28"/>
          <w:szCs w:val="28"/>
          <w:lang w:val="ru-RU"/>
        </w:rPr>
        <w:t>укриття</w:t>
      </w:r>
      <w:proofErr w:type="spellEnd"/>
    </w:p>
    <w:p w:rsidR="00F77F86" w:rsidRDefault="0043251C" w:rsidP="000C643B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67200" cy="3200400"/>
            <wp:effectExtent l="0" t="0" r="0" b="0"/>
            <wp:docPr id="18" name="Рисунок 18" descr="C:\Users\пк\Desktop\Фото безбарєрність\IMG_38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Фото безбарєрність\IMG_3831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727" cy="32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1C" w:rsidRPr="008B7837" w:rsidRDefault="0043251C" w:rsidP="000C643B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3790950" cy="2843213"/>
            <wp:effectExtent l="0" t="0" r="0" b="0"/>
            <wp:docPr id="23" name="Рисунок 23" descr="C:\Users\пк\Desktop\Фото безбарєрність\IMG_38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esktop\Фото безбарєрність\IMG_3832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083" cy="284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43B" w:rsidRPr="008B7837" w:rsidRDefault="0043251C" w:rsidP="000C643B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2971800" cy="3962400"/>
            <wp:effectExtent l="0" t="0" r="0" b="0"/>
            <wp:docPr id="24" name="Рисунок 24" descr="C:\Users\пк\Desktop\Фото безбарєрність\IMG_38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esktop\Фото безбарєрність\IMG_3833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66" cy="396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837" w:rsidRPr="006771C7" w:rsidRDefault="008B7837" w:rsidP="008B7837">
      <w:pPr>
        <w:pStyle w:val="21"/>
        <w:ind w:firstLine="70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771C7">
        <w:rPr>
          <w:rFonts w:ascii="Times New Roman" w:hAnsi="Times New Roman" w:cs="Times New Roman"/>
          <w:color w:val="auto"/>
          <w:sz w:val="28"/>
          <w:szCs w:val="28"/>
          <w:lang w:val="uk-UA"/>
        </w:rPr>
        <w:t>Висновок</w:t>
      </w:r>
    </w:p>
    <w:p w:rsidR="008B7837" w:rsidRPr="006771C7" w:rsidRDefault="008B7837" w:rsidP="008B7837">
      <w:pPr>
        <w:ind w:firstLine="709"/>
        <w:jc w:val="both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>Захід пер</w:t>
      </w:r>
      <w:r>
        <w:rPr>
          <w:rFonts w:cs="Times New Roman"/>
          <w:sz w:val="28"/>
          <w:szCs w:val="28"/>
          <w:lang w:val="uk-UA"/>
        </w:rPr>
        <w:t>ебуває у статусі «Виконується».</w:t>
      </w:r>
    </w:p>
    <w:p w:rsidR="008B7837" w:rsidRDefault="008B7837" w:rsidP="008B7837">
      <w:pPr>
        <w:rPr>
          <w:rFonts w:cs="Times New Roman"/>
          <w:b/>
          <w:sz w:val="28"/>
          <w:szCs w:val="28"/>
          <w:lang w:val="uk-UA"/>
        </w:rPr>
      </w:pPr>
    </w:p>
    <w:p w:rsidR="008B7837" w:rsidRPr="006771C7" w:rsidRDefault="008B7837" w:rsidP="008B7837">
      <w:pPr>
        <w:rPr>
          <w:rFonts w:cs="Times New Roman"/>
          <w:b/>
          <w:sz w:val="28"/>
          <w:szCs w:val="28"/>
          <w:lang w:val="uk-UA"/>
        </w:rPr>
      </w:pPr>
    </w:p>
    <w:p w:rsidR="00F77F86" w:rsidRPr="0043251C" w:rsidRDefault="008B7837" w:rsidP="0043251C">
      <w:pPr>
        <w:ind w:left="1429" w:firstLine="11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b/>
          <w:sz w:val="28"/>
          <w:szCs w:val="28"/>
          <w:lang w:val="uk-UA"/>
        </w:rPr>
        <w:t xml:space="preserve">Директор </w:t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sz w:val="28"/>
          <w:szCs w:val="28"/>
          <w:lang w:val="uk-UA"/>
        </w:rPr>
        <w:t xml:space="preserve">П. М. </w:t>
      </w:r>
      <w:proofErr w:type="spellStart"/>
      <w:r w:rsidRPr="006771C7">
        <w:rPr>
          <w:rFonts w:cs="Times New Roman"/>
          <w:sz w:val="28"/>
          <w:szCs w:val="28"/>
          <w:lang w:val="uk-UA"/>
        </w:rPr>
        <w:t>Борохович</w:t>
      </w:r>
      <w:proofErr w:type="spellEnd"/>
    </w:p>
    <w:sectPr w:rsidR="00F77F86" w:rsidRPr="0043251C" w:rsidSect="001049AB">
      <w:pgSz w:w="12240" w:h="15840"/>
      <w:pgMar w:top="1134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643B"/>
    <w:rsid w:val="001049AB"/>
    <w:rsid w:val="00125C62"/>
    <w:rsid w:val="0015074B"/>
    <w:rsid w:val="00172F97"/>
    <w:rsid w:val="0029639D"/>
    <w:rsid w:val="00326F90"/>
    <w:rsid w:val="003C4894"/>
    <w:rsid w:val="0043251C"/>
    <w:rsid w:val="004E3394"/>
    <w:rsid w:val="00552ECA"/>
    <w:rsid w:val="00720DB0"/>
    <w:rsid w:val="00863146"/>
    <w:rsid w:val="008B7837"/>
    <w:rsid w:val="009446C6"/>
    <w:rsid w:val="00992DF3"/>
    <w:rsid w:val="009B0B44"/>
    <w:rsid w:val="00AA1D8D"/>
    <w:rsid w:val="00B47730"/>
    <w:rsid w:val="00CB0664"/>
    <w:rsid w:val="00F77F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2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25C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2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25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369AEA-3B45-4BF7-AE69-BF0E24FC8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пк</cp:lastModifiedBy>
  <cp:revision>14</cp:revision>
  <dcterms:created xsi:type="dcterms:W3CDTF">2013-12-23T23:15:00Z</dcterms:created>
  <dcterms:modified xsi:type="dcterms:W3CDTF">2026-09-15T05:20:00Z</dcterms:modified>
  <cp:category/>
</cp:coreProperties>
</file>